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RÉSILIATION DE MANDAT DE VENTE EXCLUSIF</w:t>
      </w:r>
    </w:p>
    <w:p/>
    <w:p/>
    <w:p>
      <w:r>
        <w:rPr>
          <w:b/>
          <w:sz w:val="20"/>
        </w:rPr>
        <w:t>Entre les soussignés :</w:t>
      </w:r>
    </w:p>
    <w:p>
      <w:r>
        <w:rPr>
          <w:b/>
          <w:sz w:val="20"/>
        </w:rPr>
        <w:t>Mandant (Vendeur) :</w:t>
      </w:r>
    </w:p>
    <w:p>
      <w:r>
        <w:rPr>
          <w:b w:val="0"/>
          <w:sz w:val="20"/>
        </w:rPr>
        <w:t>Nom et prénom : 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__________________________________________________________</w:t>
      </w:r>
    </w:p>
    <w:p/>
    <w:p>
      <w:r>
        <w:rPr>
          <w:b/>
          <w:sz w:val="20"/>
        </w:rPr>
        <w:t>Mandataire (Agence immobilière) :</w:t>
      </w:r>
    </w:p>
    <w:p>
      <w:r>
        <w:rPr>
          <w:b w:val="0"/>
          <w:sz w:val="20"/>
        </w:rPr>
        <w:t>Nom / Raison sociale : 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__________________________________________________________</w:t>
      </w:r>
    </w:p>
    <w:p/>
    <w:p/>
    <w:p>
      <w:r>
        <w:rPr>
          <w:b/>
          <w:sz w:val="20"/>
        </w:rPr>
        <w:t>Préambule :</w:t>
      </w:r>
    </w:p>
    <w:p>
      <w:r>
        <w:rPr>
          <w:b w:val="0"/>
          <w:sz w:val="20"/>
        </w:rPr>
        <w:t>Le Mandant et le Mandataire ont conclu un mandat de vente exclusif portant sur le bien immobilier décrit ci-dessous.</w:t>
      </w:r>
    </w:p>
    <w:p>
      <w:r>
        <w:rPr>
          <w:b w:val="0"/>
          <w:sz w:val="20"/>
        </w:rPr>
        <w:t>Le Mandant souhaite par la présente résilier d’un commun accord ledit mandat, conformément aux dispositions légales applicables en droit français.</w:t>
      </w:r>
    </w:p>
    <w:p/>
    <w:p/>
    <w:p>
      <w:r>
        <w:rPr>
          <w:b/>
          <w:sz w:val="20"/>
        </w:rPr>
        <w:t>Description du bien objet du mandat :</w:t>
      </w:r>
    </w:p>
    <w:p>
      <w:r>
        <w:rPr>
          <w:b w:val="0"/>
          <w:sz w:val="20"/>
        </w:rPr>
        <w:t>Type de bien : _____________________________________________________________</w:t>
      </w:r>
    </w:p>
    <w:p>
      <w:r>
        <w:rPr>
          <w:b w:val="0"/>
          <w:sz w:val="20"/>
        </w:rPr>
        <w:t>Adresse du bien : __________________________________________________________</w:t>
      </w:r>
    </w:p>
    <w:p>
      <w:r>
        <w:rPr>
          <w:b w:val="0"/>
          <w:sz w:val="20"/>
        </w:rPr>
        <w:t>Références cadastrales : ___________________________________________________</w:t>
      </w:r>
    </w:p>
    <w:p/>
    <w:p/>
    <w:p>
      <w:r>
        <w:rPr>
          <w:b/>
          <w:sz w:val="20"/>
        </w:rPr>
        <w:t>Résiliation du mandat :</w:t>
      </w:r>
    </w:p>
    <w:p>
      <w:r>
        <w:rPr>
          <w:b w:val="0"/>
          <w:sz w:val="20"/>
        </w:rPr>
        <w:t>Le Mandant et le Mandataire conviennent de résilier le mandat de vente exclusif conclu entre eux sans délai ni pénalité.</w:t>
      </w:r>
    </w:p>
    <w:p>
      <w:r>
        <w:rPr>
          <w:b w:val="0"/>
          <w:sz w:val="20"/>
        </w:rPr>
        <w:t>À compter de la signature de la présente, le Mandataire n’est plus habilité à agir pour la vente du bien susmentionné.</w:t>
      </w:r>
    </w:p>
    <w:p>
      <w:r>
        <w:rPr>
          <w:b w:val="0"/>
          <w:sz w:val="20"/>
        </w:rPr>
        <w:t>Le Mandant récupère l’ensemble des documents et supports relatifs au mandat.</w:t>
      </w:r>
    </w:p>
    <w:p/>
    <w:p/>
    <w:p>
      <w:r>
        <w:rPr>
          <w:b/>
          <w:sz w:val="20"/>
        </w:rPr>
        <w:t>Conséquences et dispositions diverses :</w:t>
      </w:r>
    </w:p>
    <w:p>
      <w:r>
        <w:rPr>
          <w:b w:val="0"/>
          <w:sz w:val="20"/>
        </w:rPr>
        <w:t>Cette résiliation met fin à toutes les obligations contractuelles entre les parties liées au mandat de vente exclusif, sans préjudice des actions engagées avant la date de résiliation.</w:t>
      </w:r>
    </w:p>
    <w:p>
      <w:r>
        <w:rPr>
          <w:b w:val="0"/>
          <w:sz w:val="20"/>
        </w:rPr>
        <w:t>Le Mandant conserve la pleine propriété et la libre disposition du bien.</w:t>
      </w:r>
    </w:p>
    <w:p>
      <w:r>
        <w:rPr>
          <w:b w:val="0"/>
          <w:sz w:val="20"/>
        </w:rPr>
        <w:t>Chaque partie s’engage à restituer à l’autre tout document ou bien matériel reçu dans le cadre du mandat.</w:t>
      </w:r>
    </w:p>
    <w:p/>
    <w:p/>
    <w:p>
      <w:r>
        <w:rPr>
          <w:b/>
          <w:sz w:val="20"/>
        </w:rPr>
        <w:t>Loi applicable et juridiction compétente :</w:t>
      </w:r>
    </w:p>
    <w:p>
      <w:r>
        <w:rPr>
          <w:b w:val="0"/>
          <w:sz w:val="20"/>
        </w:rPr>
        <w:t>La présente résiliation est soumise au droit français.</w:t>
      </w:r>
    </w:p>
    <w:p>
      <w:r>
        <w:rPr>
          <w:b w:val="0"/>
          <w:sz w:val="20"/>
        </w:rPr>
        <w:t>Tout litige relatif à l’exécution ou à l’interprétation de la présente résiliation sera de la compétence exclusive des tribunaux du ressort du lieu de situation du bien.</w:t>
      </w:r>
    </w:p>
    <w:p/>
    <w:p/>
    <w:p/>
    <w:p>
      <w:r>
        <w:rPr>
          <w:b w:val="0"/>
          <w:sz w:val="20"/>
        </w:rPr>
        <w:t>Lieu de signature : _________________________________________________________</w:t>
      </w:r>
    </w:p>
    <w:p>
      <w:r>
        <w:rPr>
          <w:b w:val="0"/>
          <w:sz w:val="20"/>
        </w:rPr>
        <w:t>Date de signature : 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MANDANT (Vendeur)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MANDATAIRE (Agence immobilière)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https://jurid-entreprise.com/modele-resiliation-mandat-de-vente-exclusif/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resiliation-mandat-de-vente-exclusif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