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RÉSILIATION DE MANDAT DE VENTE EXCLUSIF EN MANDAT SIMPLE</w:t>
      </w:r>
    </w:p>
    <w:p/>
    <w:p/>
    <w:p>
      <w:r>
        <w:rPr>
          <w:b/>
          <w:sz w:val="20"/>
        </w:rPr>
        <w:t>Données du Mandant (Vendeur)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Email : ___________________________________________________________</w:t>
      </w:r>
    </w:p>
    <w:p/>
    <w:p>
      <w:r>
        <w:rPr>
          <w:b/>
          <w:sz w:val="20"/>
        </w:rPr>
        <w:t>Données du Mandataire (Agence Immobilière) :</w:t>
      </w:r>
    </w:p>
    <w:p>
      <w:r>
        <w:rPr>
          <w:b w:val="0"/>
          <w:sz w:val="20"/>
        </w:rPr>
        <w:t>Nom ou Raison Sociale : 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Email : ___________________________________________________________</w:t>
      </w:r>
    </w:p>
    <w:p/>
    <w:p>
      <w:r>
        <w:rPr>
          <w:b/>
          <w:sz w:val="20"/>
        </w:rPr>
        <w:t>Référence du Mandat :</w:t>
      </w:r>
    </w:p>
    <w:p>
      <w:r>
        <w:rPr>
          <w:b w:val="0"/>
          <w:sz w:val="20"/>
        </w:rPr>
        <w:t>Numéro du mandat : ________________________________________________</w:t>
      </w:r>
    </w:p>
    <w:p>
      <w:r>
        <w:rPr>
          <w:b w:val="0"/>
          <w:sz w:val="20"/>
        </w:rPr>
        <w:t>Objet du mandat : Vente du bien immobilier situé à : _______________</w:t>
      </w:r>
    </w:p>
    <w:p>
      <w:r>
        <w:rPr>
          <w:b w:val="0"/>
          <w:sz w:val="20"/>
        </w:rPr>
        <w:t>Adresse du bien : _________________________________________________</w:t>
      </w:r>
    </w:p>
    <w:p/>
    <w:p>
      <w:r>
        <w:rPr>
          <w:b/>
          <w:sz w:val="20"/>
        </w:rPr>
        <w:t>Par la présente, je soussigné(e),</w:t>
      </w:r>
    </w:p>
    <w:p>
      <w:r>
        <w:rPr>
          <w:b w:val="0"/>
          <w:sz w:val="20"/>
        </w:rPr>
        <w:t>____________________________________________________ (Nom, Prénom du Mandant),</w:t>
      </w:r>
    </w:p>
    <w:p>
      <w:r>
        <w:rPr>
          <w:b/>
          <w:sz w:val="20"/>
        </w:rPr>
        <w:t>notifie la résiliation du mandat de vente exclusif signé avec</w:t>
      </w:r>
    </w:p>
    <w:p>
      <w:r>
        <w:rPr>
          <w:b w:val="0"/>
          <w:sz w:val="20"/>
        </w:rPr>
        <w:t>____________________________________________________ (Nom ou raison sociale du Mandataire),</w:t>
      </w:r>
    </w:p>
    <w:p>
      <w:r>
        <w:rPr>
          <w:b w:val="0"/>
          <w:sz w:val="20"/>
        </w:rPr>
        <w:t>concernant la vente du bien immobilier mentionné ci-dessus.</w:t>
      </w:r>
    </w:p>
    <w:p/>
    <w:p>
      <w:r>
        <w:rPr>
          <w:b w:val="0"/>
          <w:sz w:val="20"/>
        </w:rPr>
        <w:t>Conformément aux dispositions légales en vigueur, la présente résiliation prendra effet immédiatement / à compter du ________ (préciser la date si souhaitée).</w:t>
      </w:r>
    </w:p>
    <w:p/>
    <w:p>
      <w:r>
        <w:rPr>
          <w:b w:val="0"/>
          <w:sz w:val="20"/>
        </w:rPr>
        <w:t>Le Mandant demande que toutes les démarches commerciales et publicitaires relatives à ce mandat soient interrompues sans délai.</w:t>
      </w:r>
    </w:p>
    <w:p/>
    <w:p>
      <w:r>
        <w:rPr>
          <w:b w:val="0"/>
          <w:sz w:val="20"/>
        </w:rPr>
        <w:t>En conséquence, le Mandataire s'engage à restituer tous les documents et supports confiés dans le cadre du mandat.</w:t>
      </w:r>
    </w:p>
    <w:p/>
    <w:p>
      <w:r>
        <w:rPr>
          <w:b w:val="0"/>
          <w:sz w:val="20"/>
        </w:rPr>
        <w:t>Cette résiliation met fin à toute exclusivité accordée au Mandataire, ce dernier ne pourra plus percevoir de commissions sur la vente du bien à compter de la date d'effet de la résiliation.</w:t>
      </w:r>
    </w:p>
    <w:p/>
    <w:p/>
    <w:p>
      <w:r>
        <w:rPr>
          <w:b w:val="0"/>
          <w:sz w:val="20"/>
        </w:rPr>
        <w:t>Je déclare avoir pris connaissance des conditions de cette résiliation et confirme mon souhait de mettre fin au mandat de vente exclusif dans les conditions exposées ci-dessus.</w:t>
      </w:r>
    </w:p>
    <w:p/>
    <w:p/>
    <w:p/>
    <w:p>
      <w:r>
        <w:rPr>
          <w:b w:val="0"/>
          <w:sz w:val="20"/>
        </w:rPr>
        <w:t>Lieu : ______________________________________    Date : 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MANDANT (Vendeur)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MANDATAIRE (Agence)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https://jurid-entreprise.com/modele-resiliation-mandat-de-vente-exclusif-en-mandat-simple/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modele-resiliation-mandat-de-vente-exclusif-en-mandat-simpl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