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MODELE DE LETTRE DE RESILIATION DE CONTRAT PAR TACITE RECONDUCTION</w:t>
      </w:r>
    </w:p>
    <w:p/>
    <w:p>
      <w:r>
        <w:rPr>
          <w:b w:val="0"/>
          <w:sz w:val="20"/>
        </w:rPr>
        <w:t>Nom et Prénom : _________________________________________________</w:t>
      </w:r>
    </w:p>
    <w:p>
      <w:r>
        <w:rPr>
          <w:b w:val="0"/>
          <w:sz w:val="20"/>
        </w:rPr>
        <w:t>Adresse : _______________________________________________________</w:t>
      </w:r>
    </w:p>
    <w:p>
      <w:r>
        <w:rPr>
          <w:b w:val="0"/>
          <w:sz w:val="20"/>
        </w:rPr>
        <w:t>Code Postal - Ville : ____________________________________________</w:t>
      </w:r>
    </w:p>
    <w:p>
      <w:r>
        <w:rPr>
          <w:b w:val="0"/>
          <w:sz w:val="20"/>
        </w:rPr>
        <w:t>Téléphone : _____________________________________________________</w:t>
      </w:r>
    </w:p>
    <w:p/>
    <w:p>
      <w:r>
        <w:rPr>
          <w:b w:val="0"/>
          <w:sz w:val="20"/>
        </w:rPr>
        <w:t>Nom de la société / Nom du destinataire : ________________________</w:t>
      </w:r>
    </w:p>
    <w:p>
      <w:r>
        <w:rPr>
          <w:b w:val="0"/>
          <w:sz w:val="20"/>
        </w:rPr>
        <w:t>Adresse : _______________________________________________________</w:t>
      </w:r>
    </w:p>
    <w:p>
      <w:r>
        <w:rPr>
          <w:b w:val="0"/>
          <w:sz w:val="20"/>
        </w:rPr>
        <w:t>Code Postal - Ville : ____________________________________________</w:t>
      </w:r>
    </w:p>
    <w:p/>
    <w:p/>
    <w:p>
      <w:r>
        <w:rPr>
          <w:b/>
          <w:sz w:val="20"/>
        </w:rPr>
        <w:t>Objet : Résiliation du contrat avec tacite reconduction</w:t>
      </w:r>
    </w:p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Par la présente, je vous informe de ma volonté de ne pas renouveler le contrat nous liant, référencé sous le numéro ____________________, conclu le ____________ et reconduit tacitement, dont la date d'échéance est imminente.</w:t>
      </w:r>
    </w:p>
    <w:p/>
    <w:p>
      <w:r>
        <w:rPr>
          <w:b w:val="0"/>
          <w:sz w:val="20"/>
        </w:rPr>
        <w:t>Conformément aux dispositions légales et contractuelles en vigueur, je vous notifie donc ma décision de résilier ce contrat à l’échéance prochaine, sans que celle-ci soit reconduite.</w:t>
      </w:r>
    </w:p>
    <w:p/>
    <w:p>
      <w:r>
        <w:rPr>
          <w:b w:val="0"/>
          <w:sz w:val="20"/>
        </w:rPr>
        <w:t>Je vous remercie de bien vouloir prendre en compte cette résiliation et de m’adresser un accusé de réception ainsi que la confirmation de la date effective de fin de contrat.</w:t>
      </w:r>
    </w:p>
    <w:p/>
    <w:p>
      <w:r>
        <w:rPr>
          <w:b w:val="0"/>
          <w:sz w:val="20"/>
        </w:rPr>
        <w:t>Je reste à votre disposition pour toute information complémentaire et vous prie d’agréer, Madame, Monsieur, l’expression de mes salutations distinguées.</w:t>
      </w:r>
    </w:p>
    <w:p/>
    <w:p/>
    <w:p>
      <w:r>
        <w:rPr>
          <w:b w:val="0"/>
          <w:sz w:val="20"/>
        </w:rPr>
        <w:t>Lieu : _____________________________________    Date : _____________________________________</w:t>
      </w:r>
    </w:p>
    <w:p/>
    <w:p/>
    <w:p>
      <w:pPr>
        <w:jc w:val="center"/>
      </w:pPr>
      <w:r>
        <w:rPr>
          <w:b w:val="0"/>
          <w:sz w:val="20"/>
        </w:rPr>
        <w:t>Signature 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Expéditeur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Destinataire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 de réception : 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https://jurid-entreprise.com/modele-resiliation-contrat-tacite-reconduction/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https://jurid-entreprise.com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jurid-entreprise.com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-entreprise.com/modele-resiliation-contrat-tacite-reconduction/" TargetMode="External"/><Relationship Id="rId10" Type="http://schemas.openxmlformats.org/officeDocument/2006/relationships/hyperlink" Target="https://jurid-entrepr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