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MODELE DE RESILIATION DE CONTRAT DE MAITRISE D’ŒUVRE</w:t>
      </w:r>
    </w:p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M./Mme ________________________________________________________________,</w:t>
      </w:r>
    </w:p>
    <w:p>
      <w:r>
        <w:rPr>
          <w:b w:val="0"/>
          <w:sz w:val="20"/>
        </w:rPr>
        <w:t>Domicilié(e) à : ________________________________________________________,</w:t>
      </w:r>
    </w:p>
    <w:p>
      <w:r>
        <w:rPr>
          <w:b w:val="0"/>
          <w:sz w:val="20"/>
        </w:rPr>
        <w:t>Représentant le Maître d’Ouvrage, ci-après dénommé(e) « le Maître d’Ouvrage ».</w:t>
      </w:r>
    </w:p>
    <w:p/>
    <w:p>
      <w:r>
        <w:rPr>
          <w:b w:val="0"/>
          <w:sz w:val="20"/>
        </w:rPr>
        <w:t>Et :</w:t>
      </w:r>
    </w:p>
    <w:p>
      <w:r>
        <w:rPr>
          <w:b w:val="0"/>
          <w:sz w:val="20"/>
        </w:rPr>
        <w:t>M./Mme ________________________________________________________________,</w:t>
      </w:r>
    </w:p>
    <w:p>
      <w:r>
        <w:rPr>
          <w:b w:val="0"/>
          <w:sz w:val="20"/>
        </w:rPr>
        <w:t>Domicilié(e) à : ________________________________________________________,</w:t>
      </w:r>
    </w:p>
    <w:p>
      <w:r>
        <w:rPr>
          <w:b w:val="0"/>
          <w:sz w:val="20"/>
        </w:rPr>
        <w:t>Exerçant la fonction de Maître d’Œuvre, ci-après dénommé(e) « le Maître d’Œuvre ».</w:t>
      </w:r>
    </w:p>
    <w:p/>
    <w:p>
      <w:r>
        <w:rPr>
          <w:b/>
          <w:sz w:val="20"/>
        </w:rPr>
        <w:t>Rappel du Contrat :</w:t>
      </w:r>
    </w:p>
    <w:p>
      <w:r>
        <w:rPr>
          <w:b w:val="0"/>
          <w:sz w:val="20"/>
        </w:rPr>
        <w:t>Par contrat écrit en date du __________________, le Maître d’Ouvrage et le Maître d’Œuvre ont conclu un contrat de maîtrise d’œuvre portant sur la réalisation des prestations suivantes 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Objet de la Résiliation :</w:t>
      </w:r>
    </w:p>
    <w:p>
      <w:r>
        <w:rPr>
          <w:b w:val="0"/>
          <w:sz w:val="20"/>
        </w:rPr>
        <w:t>Le présent document a pour objet de formaliser la résiliation amiable du contrat de maîtrise d’œuvre susmentionné, conformément aux dispositions contractuelles et légales applicables.</w:t>
      </w:r>
    </w:p>
    <w:p/>
    <w:p>
      <w:r>
        <w:rPr>
          <w:b/>
          <w:sz w:val="20"/>
        </w:rPr>
        <w:t>Motifs de la Résiliation :</w:t>
      </w:r>
    </w:p>
    <w:p>
      <w:r>
        <w:rPr>
          <w:b w:val="0"/>
          <w:sz w:val="20"/>
        </w:rPr>
        <w:t>La résiliation intervient pour les motifs suivants :</w:t>
      </w:r>
    </w:p>
    <w:p>
      <w:r>
        <w:rPr>
          <w:b w:val="0"/>
          <w:sz w:val="20"/>
        </w:rPr>
        <w:t>- 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</w:t>
      </w:r>
    </w:p>
    <w:p/>
    <w:p>
      <w:r>
        <w:rPr>
          <w:b/>
          <w:sz w:val="20"/>
        </w:rPr>
        <w:t>Conséquences de la Résiliation :</w:t>
      </w:r>
    </w:p>
    <w:p>
      <w:r>
        <w:rPr>
          <w:b w:val="0"/>
          <w:sz w:val="20"/>
        </w:rPr>
        <w:t>Les parties conviennent des modalités suivantes concernant la fin du contrat :</w:t>
      </w:r>
    </w:p>
    <w:p>
      <w:r>
        <w:rPr>
          <w:b w:val="0"/>
          <w:sz w:val="20"/>
        </w:rPr>
        <w:t>- Le Maître d’Œuvre s’engage à restituer tous les documents, études et plans réalisés dans le cadre du contrat.</w:t>
      </w:r>
    </w:p>
    <w:p>
      <w:r>
        <w:rPr>
          <w:b w:val="0"/>
          <w:sz w:val="20"/>
        </w:rPr>
        <w:t>- Le Maître d’Ouvrage s’engage à régler les prestations réalisées et acceptées selon les termes du contrat, à hauteur de : ______________ EUR.</w:t>
      </w:r>
    </w:p>
    <w:p>
      <w:r>
        <w:rPr>
          <w:b w:val="0"/>
          <w:sz w:val="20"/>
        </w:rPr>
        <w:t>- Le présent accord met fin à toutes obligations futures entre les parties liées au contrat de maîtrise d’œuvre.</w:t>
      </w:r>
    </w:p>
    <w:p/>
    <w:p>
      <w:r>
        <w:rPr>
          <w:b/>
          <w:sz w:val="20"/>
        </w:rPr>
        <w:t>Clause de Confidentialité :</w:t>
      </w:r>
    </w:p>
    <w:p>
      <w:r>
        <w:rPr>
          <w:b w:val="0"/>
          <w:sz w:val="20"/>
        </w:rPr>
        <w:t>Les parties s’engagent à garder confidentielles toutes les informations échangées dans le cadre du présent contrat, y compris après la résiliation.</w:t>
      </w:r>
    </w:p>
    <w:p/>
    <w:p>
      <w:r>
        <w:rPr>
          <w:b/>
          <w:sz w:val="20"/>
        </w:rPr>
        <w:t>Règlement des Litiges :</w:t>
      </w:r>
    </w:p>
    <w:p>
      <w:r>
        <w:rPr>
          <w:b w:val="0"/>
          <w:sz w:val="20"/>
        </w:rPr>
        <w:t>En cas de différend relatif à l’interprétation ou à l’exécution de la présente résiliation, les parties s’efforceront de le résoudre à l’amiable. À défaut, le litige sera soumis à la compétence exclusive des tribunaux français compétents.</w:t>
      </w:r>
    </w:p>
    <w:p/>
    <w:p/>
    <w:p>
      <w:r>
        <w:rPr>
          <w:b w:val="0"/>
          <w:sz w:val="20"/>
        </w:rPr>
        <w:t>Lieu de signature : 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Maître d’Ouvrage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Maître d’Œuvre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https://jurid-entreprise.com/modele-resiliation-contrat-maitrise-d'oeuvre/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modele-resiliation-contrat-maitrise-d'oeuvre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