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MODÈLE DE LETTRE DE RÉSILIATION D’ASSURANCE AUTO AXA</w:t>
      </w:r>
    </w:p>
    <w:p/>
    <w:p/>
    <w:p>
      <w:r>
        <w:rPr>
          <w:b w:val="0"/>
          <w:sz w:val="20"/>
        </w:rPr>
        <w:t>Nom et Prénom : _________________________________________________</w:t>
      </w:r>
    </w:p>
    <w:p>
      <w:r>
        <w:rPr>
          <w:b w:val="0"/>
          <w:sz w:val="20"/>
        </w:rPr>
        <w:t>Adresse : _______________________________________________________</w:t>
      </w:r>
    </w:p>
    <w:p>
      <w:r>
        <w:rPr>
          <w:b w:val="0"/>
          <w:sz w:val="20"/>
        </w:rPr>
        <w:t>Code postal et Ville : ___________________________________________</w:t>
      </w:r>
    </w:p>
    <w:p>
      <w:r>
        <w:rPr>
          <w:b w:val="0"/>
          <w:sz w:val="20"/>
        </w:rPr>
        <w:t>Numéro de téléphone : ____________________________________________</w:t>
      </w:r>
    </w:p>
    <w:p>
      <w:r>
        <w:rPr>
          <w:b w:val="0"/>
          <w:sz w:val="20"/>
        </w:rPr>
        <w:t>Adresse e-mail : _________________________________________________</w:t>
      </w:r>
    </w:p>
    <w:p/>
    <w:p/>
    <w:p>
      <w:r>
        <w:rPr>
          <w:b/>
          <w:sz w:val="20"/>
        </w:rPr>
        <w:t>Service Résiliation AXA Assurances</w:t>
      </w:r>
    </w:p>
    <w:p>
      <w:r>
        <w:rPr>
          <w:b w:val="0"/>
          <w:sz w:val="20"/>
        </w:rPr>
        <w:t>AXA France</w:t>
      </w:r>
    </w:p>
    <w:p>
      <w:r>
        <w:rPr>
          <w:b w:val="0"/>
          <w:sz w:val="20"/>
        </w:rPr>
        <w:t>Adresse du siège social ou de l’agence : _________________________</w:t>
      </w:r>
    </w:p>
    <w:p>
      <w:r>
        <w:rPr>
          <w:b w:val="0"/>
          <w:sz w:val="20"/>
        </w:rPr>
        <w:t>Code postal et Ville : ___________________________________________</w:t>
      </w:r>
    </w:p>
    <w:p/>
    <w:p/>
    <w:p>
      <w:r>
        <w:rPr>
          <w:b/>
          <w:sz w:val="20"/>
        </w:rPr>
        <w:t>Objet : Résiliation de mon contrat d’assurance automobile</w:t>
      </w:r>
    </w:p>
    <w:p/>
    <w:p>
      <w:r>
        <w:rPr>
          <w:b w:val="0"/>
          <w:sz w:val="20"/>
        </w:rPr>
        <w:t>Madame, Monsieur,</w:t>
      </w:r>
    </w:p>
    <w:p/>
    <w:p>
      <w:r>
        <w:rPr>
          <w:b w:val="0"/>
          <w:sz w:val="20"/>
        </w:rPr>
        <w:t>Par la présente, je vous informe de ma décision de résilier mon contrat d’assurance automobile souscrit auprès de votre société, portant le numéro de contrat : __________________________________________________.</w:t>
      </w:r>
    </w:p>
    <w:p/>
    <w:p>
      <w:r>
        <w:rPr>
          <w:b w:val="0"/>
          <w:sz w:val="20"/>
        </w:rPr>
        <w:t>Cette résiliation prendra effet conformément aux conditions générales applicables, notamment :</w:t>
      </w:r>
    </w:p>
    <w:p>
      <w:r>
        <w:rPr>
          <w:b w:val="0"/>
          <w:sz w:val="20"/>
        </w:rPr>
        <w:t>- soit à l’échéance annuelle du contrat, moyennant un préavis de deux mois avant cette date ;</w:t>
      </w:r>
    </w:p>
    <w:p>
      <w:r>
        <w:rPr>
          <w:b w:val="0"/>
          <w:sz w:val="20"/>
        </w:rPr>
        <w:t>- soit dans les cas prévus par la loi Hamon, après un an d’engagement, à tout moment sans frais ni pénalité ;</w:t>
      </w:r>
    </w:p>
    <w:p>
      <w:r>
        <w:rPr>
          <w:b w:val="0"/>
          <w:sz w:val="20"/>
        </w:rPr>
        <w:t>- soit en cas de changement de situation (vente du véhicule, changement de domicile, décès, etc.) justifiant la résiliation anticipée prévue par la loi.</w:t>
      </w:r>
    </w:p>
    <w:p/>
    <w:p>
      <w:r>
        <w:rPr>
          <w:b w:val="0"/>
          <w:sz w:val="20"/>
        </w:rPr>
        <w:t>Vous trouverez ci-joint, le cas échéant, les justificatifs nécessaires à la prise en compte de cette résiliation.</w:t>
      </w:r>
    </w:p>
    <w:p/>
    <w:p>
      <w:r>
        <w:rPr>
          <w:b w:val="0"/>
          <w:sz w:val="20"/>
        </w:rPr>
        <w:t>Je vous saurais gré de bien vouloir me confirmer par écrit la prise en compte de ma demande de résiliation et la date effective de la fin de contrat.</w:t>
      </w:r>
    </w:p>
    <w:p/>
    <w:p>
      <w:r>
        <w:rPr>
          <w:b w:val="0"/>
          <w:sz w:val="20"/>
        </w:rPr>
        <w:t>Je vous remercie par avance et vous prie d’agréer, Madame, Monsieur, l’expression de mes salutations distinguées.</w:t>
      </w:r>
    </w:p>
    <w:p/>
    <w:p/>
    <w:p>
      <w:r>
        <w:rPr>
          <w:b w:val="0"/>
          <w:sz w:val="20"/>
        </w:rPr>
        <w:t>Signature :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Fait à 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Le : 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https://jurid-entreprise.com/modele-lettre-resiliation-assurance-auto-axa/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https://jurid-entreprise.com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jurid-entreprise.com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-entreprise.com/modele-lettre-resiliation-assurance-auto-axa/" TargetMode="External"/><Relationship Id="rId10" Type="http://schemas.openxmlformats.org/officeDocument/2006/relationships/hyperlink" Target="https://jurid-entrepri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