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CANDIDATURE POUR UN MANDAT AU CONSEIL D’ADMINISTRATION</w:t>
      </w:r>
    </w:p>
    <w:p/>
    <w:p/>
    <w:p>
      <w:r>
        <w:rPr>
          <w:b w:val="0"/>
          <w:sz w:val="20"/>
        </w:rPr>
        <w:t>Nom Prénom : _________________________________________________</w:t>
      </w:r>
    </w:p>
    <w:p>
      <w:r>
        <w:rPr>
          <w:b w:val="0"/>
          <w:sz w:val="20"/>
        </w:rPr>
        <w:t>Adresse : _____________________________________________________</w:t>
      </w:r>
    </w:p>
    <w:p>
      <w:r>
        <w:rPr>
          <w:b w:val="0"/>
          <w:sz w:val="20"/>
        </w:rPr>
        <w:t>Code postal - Ville : __________________________________________</w:t>
      </w:r>
    </w:p>
    <w:p>
      <w:r>
        <w:rPr>
          <w:b w:val="0"/>
          <w:sz w:val="20"/>
        </w:rPr>
        <w:t>Téléphone : ___________________________________________________</w:t>
      </w:r>
    </w:p>
    <w:p>
      <w:r>
        <w:rPr>
          <w:b w:val="0"/>
          <w:sz w:val="20"/>
        </w:rPr>
        <w:t>E-mail : ______________________________________________________</w:t>
      </w:r>
    </w:p>
    <w:p/>
    <w:p/>
    <w:p>
      <w:r>
        <w:rPr>
          <w:b/>
          <w:sz w:val="20"/>
        </w:rPr>
        <w:t>À l’attention du Président du Conseil d’Administration</w:t>
      </w:r>
    </w:p>
    <w:p>
      <w:r>
        <w:rPr>
          <w:b w:val="0"/>
          <w:sz w:val="20"/>
        </w:rPr>
        <w:t>Nom de la société / association : _______________________________</w:t>
      </w:r>
    </w:p>
    <w:p>
      <w:r>
        <w:rPr>
          <w:b w:val="0"/>
          <w:sz w:val="20"/>
        </w:rPr>
        <w:t>Adresse : _____________________________________________________</w:t>
      </w:r>
    </w:p>
    <w:p>
      <w:r>
        <w:rPr>
          <w:b w:val="0"/>
          <w:sz w:val="20"/>
        </w:rPr>
        <w:t>Code postal - Ville : __________________________________________</w:t>
      </w:r>
    </w:p>
    <w:p/>
    <w:p/>
    <w:p>
      <w:r>
        <w:rPr>
          <w:b/>
          <w:sz w:val="20"/>
        </w:rPr>
        <w:t>Objet : Candidature au Conseil d’Administration</w:t>
      </w:r>
    </w:p>
    <w:p/>
    <w:p/>
    <w:p>
      <w:r>
        <w:rPr>
          <w:b w:val="0"/>
          <w:sz w:val="20"/>
        </w:rPr>
        <w:t>Monsieur le Président,</w:t>
      </w:r>
    </w:p>
    <w:p/>
    <w:p>
      <w:r>
        <w:rPr>
          <w:b w:val="0"/>
          <w:sz w:val="20"/>
        </w:rPr>
        <w:t>Je me permets de vous adresser ma candidature pour intégrer le Conseil d’Administration de votre organisation. Conscient(e) des responsabilités et de l’engagement que ce rôle implique, je souhaite m’investir activement au sein de votre instance dirigeante afin de contribuer au développement et à la pérennité de votre structure.</w:t>
      </w:r>
    </w:p>
    <w:p/>
    <w:p>
      <w:r>
        <w:rPr>
          <w:b w:val="0"/>
          <w:sz w:val="20"/>
        </w:rPr>
        <w:t>Fort(e) d’une expérience significative dans le domaine de _____________________________, j’apporte des compétences en _____________________________, ainsi qu’une connaissance approfondie des enjeux stratégiques, financiers et opérationnels auxquels votre organisation fait face.</w:t>
      </w:r>
    </w:p>
    <w:p/>
    <w:p>
      <w:r>
        <w:rPr>
          <w:b w:val="0"/>
          <w:sz w:val="20"/>
        </w:rPr>
        <w:t>Mes qualités de rigueur, d’écoute et de travail en équipe me permettront de participer pleinement aux débats et décisions du Conseil d’Administration, dans le respect de l’intérêt général de l’organisation et de ses adhérents.</w:t>
      </w:r>
    </w:p>
    <w:p/>
    <w:p>
      <w:r>
        <w:rPr>
          <w:b w:val="0"/>
          <w:sz w:val="20"/>
        </w:rPr>
        <w:t>Je reste naturellement à votre disposition pour toute information complémentaire ou entretien que vous jugerez utile.</w:t>
      </w:r>
    </w:p>
    <w:p/>
    <w:p>
      <w:r>
        <w:rPr>
          <w:b w:val="0"/>
          <w:sz w:val="20"/>
        </w:rPr>
        <w:t>En vous remerciant par avance de l’attention portée à ma candidature, je vous prie d’agréer, Monsieur le Président, l’expression de mes salutations distinguées.</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Fait à : _______________________________________</w:t>
            </w:r>
          </w:p>
        </w:tc>
        <w:tc>
          <w:tcPr>
            <w:tcW w:type="dxa" w:w="4986"/>
            <w:tcBorders>
              <w:top w:val="nil"/>
              <w:left w:val="nil"/>
              <w:bottom w:val="nil"/>
              <w:right w:val="nil"/>
              <w:insideH w:val="nil"/>
              <w:insideV w:val="nil"/>
            </w:tcBorders>
          </w:tcPr>
          <w:p>
            <w:pPr>
              <w:jc w:val="left"/>
            </w:pPr>
            <w:r>
              <w:t>Le : _________________________________________</w:t>
            </w:r>
          </w:p>
        </w:tc>
      </w:tr>
      <w:tr>
        <w:tc>
          <w:tcPr>
            <w:tcW w:type="dxa" w:w="4986"/>
            <w:tcBorders>
              <w:top w:val="nil"/>
              <w:left w:val="nil"/>
              <w:bottom w:val="nil"/>
              <w:right w:val="nil"/>
              <w:insideH w:val="nil"/>
              <w:insideV w:val="nil"/>
            </w:tcBorders>
          </w:tcPr>
          <w:p>
            <w:pPr>
              <w:jc w:val="left"/>
            </w:pPr>
            <w:r>
              <w:t>Signature : ___________________________________</w:t>
            </w:r>
          </w:p>
        </w:tc>
        <w:tc>
          <w:tcPr>
            <w:tcW w:type="dxa" w:w="4986"/>
            <w:tcBorders>
              <w:top w:val="nil"/>
              <w:left w:val="nil"/>
              <w:bottom w:val="nil"/>
              <w:right w:val="nil"/>
              <w:insideH w:val="nil"/>
              <w:insideV w:val="nil"/>
            </w:tcBorders>
          </w:tcPr>
          <w:p>
            <w:pPr>
              <w:jc w:val="left"/>
            </w:pPr>
            <w:r>
              <w:t>Nom et prénom : 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https://jurid-entreprise.com/modele-lettre-pour-candidature-conseil-d'administration/</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modele-lettre-pour-candidature-conseil-d'administration/"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