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MODELE DE LETTRE – DEMANDE DE PROROGATION DU COMPROMIS DE VENTE</w:t>
      </w:r>
    </w:p>
    <w:p/>
    <w:p/>
    <w:p>
      <w:r>
        <w:rPr>
          <w:b/>
          <w:sz w:val="20"/>
        </w:rPr>
        <w:t>Nom et Prénom de l’acheteur :</w:t>
      </w:r>
    </w:p>
    <w:p>
      <w:r>
        <w:rPr>
          <w:b w:val="0"/>
          <w:sz w:val="20"/>
        </w:rPr>
        <w:t>__________________________________________________________</w:t>
      </w:r>
    </w:p>
    <w:p>
      <w:r>
        <w:rPr>
          <w:b/>
          <w:sz w:val="20"/>
        </w:rPr>
        <w:t>Adresse :</w:t>
      </w:r>
    </w:p>
    <w:p>
      <w:r>
        <w:rPr>
          <w:b w:val="0"/>
          <w:sz w:val="20"/>
        </w:rPr>
        <w:t>__________________________________________________________</w:t>
      </w:r>
    </w:p>
    <w:p>
      <w:r>
        <w:rPr>
          <w:b/>
          <w:sz w:val="20"/>
        </w:rPr>
        <w:t>Téléphone :</w:t>
      </w:r>
    </w:p>
    <w:p>
      <w:r>
        <w:rPr>
          <w:b w:val="0"/>
          <w:sz w:val="20"/>
        </w:rPr>
        <w:t>__________________________________________________________</w:t>
      </w:r>
    </w:p>
    <w:p/>
    <w:p/>
    <w:p>
      <w:r>
        <w:rPr>
          <w:b/>
          <w:sz w:val="20"/>
        </w:rPr>
        <w:t>Nom et Prénom du vendeur :</w:t>
      </w:r>
    </w:p>
    <w:p>
      <w:r>
        <w:rPr>
          <w:b w:val="0"/>
          <w:sz w:val="20"/>
        </w:rPr>
        <w:t>__________________________________________________________</w:t>
      </w:r>
    </w:p>
    <w:p>
      <w:r>
        <w:rPr>
          <w:b/>
          <w:sz w:val="20"/>
        </w:rPr>
        <w:t>Adresse :</w:t>
      </w:r>
    </w:p>
    <w:p>
      <w:r>
        <w:rPr>
          <w:b w:val="0"/>
          <w:sz w:val="20"/>
        </w:rPr>
        <w:t>__________________________________________________________</w:t>
      </w:r>
    </w:p>
    <w:p>
      <w:r>
        <w:rPr>
          <w:b/>
          <w:sz w:val="20"/>
        </w:rPr>
        <w:t>Téléphone :</w:t>
      </w:r>
    </w:p>
    <w:p>
      <w:r>
        <w:rPr>
          <w:b w:val="0"/>
          <w:sz w:val="20"/>
        </w:rPr>
        <w:t>__________________________________________________________</w:t>
      </w:r>
    </w:p>
    <w:p/>
    <w:p/>
    <w:p>
      <w:r>
        <w:rPr>
          <w:b/>
          <w:sz w:val="20"/>
        </w:rPr>
        <w:t>Objet : Demande de prorogation du délai du compromis de vente</w:t>
      </w:r>
    </w:p>
    <w:p/>
    <w:p/>
    <w:p>
      <w:r>
        <w:rPr>
          <w:b w:val="0"/>
          <w:sz w:val="20"/>
        </w:rPr>
        <w:t>Madame, Monsieur,</w:t>
      </w:r>
    </w:p>
    <w:p/>
    <w:p>
      <w:r>
        <w:rPr>
          <w:b w:val="0"/>
          <w:sz w:val="20"/>
        </w:rPr>
        <w:t>Par la présente, je me permets de solliciter une prorogation du délai prévu au compromis de vente concernant le bien immobilier situé à l’adresse suivante : ___________________________________________________.</w:t>
      </w:r>
    </w:p>
    <w:p/>
    <w:p>
      <w:r>
        <w:rPr>
          <w:b w:val="0"/>
          <w:sz w:val="20"/>
        </w:rPr>
        <w:t>En effet, pour des raisons indépendantes de ma volonté, je ne suis pas en mesure de respecter l’échéance initiale fixée au compromis. Afin de finaliser la transaction dans des conditions optimales, je souhaiterais obtenir une prolongation d’une durée de ______ jours.</w:t>
      </w:r>
    </w:p>
    <w:p/>
    <w:p>
      <w:r>
        <w:rPr>
          <w:b w:val="0"/>
          <w:sz w:val="20"/>
        </w:rPr>
        <w:t>Je reste bien entendu à votre disposition pour convenir ensemble des modalités de cette prorogation et pour toute information complémentaire que vous jugerez utile.</w:t>
      </w:r>
    </w:p>
    <w:p/>
    <w:p>
      <w:r>
        <w:rPr>
          <w:b w:val="0"/>
          <w:sz w:val="20"/>
        </w:rPr>
        <w:t>Je vous remercie par avance de l’attention que vous porterez à cette demande et vous prie d’agréer, Madame, Monsieur, l’expression de mes salutations distinguées.</w:t>
      </w:r>
    </w:p>
    <w:p/>
    <w:p/>
    <w:p/>
    <w:p>
      <w:r>
        <w:rPr>
          <w:b w:val="0"/>
          <w:sz w:val="20"/>
        </w:rPr>
        <w:t>Lieu : _____________________________________</w:t>
      </w:r>
    </w:p>
    <w:p>
      <w:r>
        <w:rPr>
          <w:b w:val="0"/>
          <w:sz w:val="20"/>
        </w:rPr>
        <w:t>Date : _____________________________________</w:t>
      </w:r>
    </w:p>
    <w:p/>
    <w:p/>
    <w:p>
      <w:r>
        <w:rPr>
          <w:b w:val="0"/>
          <w:sz w:val="20"/>
        </w:rPr>
        <w:t>Signature :</w:t>
      </w:r>
    </w:p>
    <w:p>
      <w:r>
        <w:rPr>
          <w:b w:val="0"/>
          <w:sz w:val="20"/>
        </w:rPr>
        <w:t>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Pour acceptation du vendeur</w:t>
            </w:r>
          </w:p>
        </w:tc>
        <w:tc>
          <w:tcPr>
            <w:tcW w:type="dxa" w:w="4986"/>
            <w:tcBorders>
              <w:top w:val="nil"/>
              <w:left w:val="nil"/>
              <w:bottom w:val="nil"/>
              <w:right w:val="nil"/>
              <w:insideH w:val="nil"/>
              <w:insideV w:val="nil"/>
            </w:tcBorders>
          </w:tcPr>
          <w:p>
            <w:pPr>
              <w:jc w:val="center"/>
            </w:pPr>
            <w:r>
              <w:t>Pour information de l’acheteur</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Date de réception : 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https://jurid-entreprise.com/modele-lettre-demande-de-prorogation-compromis-de-vente/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lettre-demande-de-prorogation-compromis-de-vent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