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DEMANDE DE DUPLICATA DE FACTURE</w:t>
      </w:r>
    </w:p>
    <w:p/>
    <w:p/>
    <w:p>
      <w:r>
        <w:rPr>
          <w:b/>
          <w:sz w:val="20"/>
        </w:rPr>
        <w:t>À l’attention du Service Comptabilité</w:t>
      </w:r>
    </w:p>
    <w:p>
      <w:r>
        <w:rPr>
          <w:b w:val="0"/>
          <w:sz w:val="20"/>
        </w:rPr>
        <w:t>Nom de l’entreprise : _______________________________________________</w:t>
      </w:r>
    </w:p>
    <w:p>
      <w:r>
        <w:rPr>
          <w:b w:val="0"/>
          <w:sz w:val="20"/>
        </w:rPr>
        <w:t>Adresse : ___________________________________________________________</w:t>
      </w:r>
    </w:p>
    <w:p>
      <w:r>
        <w:rPr>
          <w:b w:val="0"/>
          <w:sz w:val="20"/>
        </w:rPr>
        <w:t>Code Postal / Ville : _______________________________________________</w:t>
      </w:r>
    </w:p>
    <w:p/>
    <w:p/>
    <w:p>
      <w:r>
        <w:rPr>
          <w:b/>
          <w:sz w:val="20"/>
        </w:rPr>
        <w:t>Expéditeur :</w:t>
      </w:r>
    </w:p>
    <w:p>
      <w:r>
        <w:rPr>
          <w:b w:val="0"/>
          <w:sz w:val="20"/>
        </w:rPr>
        <w:t>Nom / Raison sociale : ______________________________________________</w:t>
      </w:r>
    </w:p>
    <w:p>
      <w:r>
        <w:rPr>
          <w:b w:val="0"/>
          <w:sz w:val="20"/>
        </w:rPr>
        <w:t>Adresse : ___________________________________________________________</w:t>
      </w:r>
    </w:p>
    <w:p>
      <w:r>
        <w:rPr>
          <w:b w:val="0"/>
          <w:sz w:val="20"/>
        </w:rPr>
        <w:t>Code Postal / Ville : _______________________________________________</w:t>
      </w:r>
    </w:p>
    <w:p>
      <w:r>
        <w:rPr>
          <w:b w:val="0"/>
          <w:sz w:val="20"/>
        </w:rPr>
        <w:t>Téléphone : _________________________________________________________</w:t>
      </w:r>
    </w:p>
    <w:p>
      <w:r>
        <w:rPr>
          <w:b w:val="0"/>
          <w:sz w:val="20"/>
        </w:rPr>
        <w:t>Adresse électronique : _______________________________________________</w:t>
      </w:r>
    </w:p>
    <w:p/>
    <w:p/>
    <w:p>
      <w:r>
        <w:rPr>
          <w:b/>
          <w:sz w:val="20"/>
        </w:rPr>
        <w:t>Objet : Demande de duplicata de facture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Je me permets de vous contacter afin de solliciter l’émission d’un duplicata de la facture dont les références sont indiquées ci-dessous, indispensable à ma comptabilité et à la bonne tenue de mes dossiers.</w:t>
      </w:r>
    </w:p>
    <w:p/>
    <w:p/>
    <w:p>
      <w:r>
        <w:rPr>
          <w:b/>
          <w:sz w:val="20"/>
        </w:rPr>
        <w:t>Informations relatives à la facture :</w:t>
      </w:r>
    </w:p>
    <w:p>
      <w:r>
        <w:rPr>
          <w:b w:val="0"/>
          <w:sz w:val="20"/>
        </w:rPr>
        <w:t>Numéro de la facture : _______________________________________________</w:t>
      </w:r>
    </w:p>
    <w:p>
      <w:r>
        <w:rPr>
          <w:b w:val="0"/>
          <w:sz w:val="20"/>
        </w:rPr>
        <w:t>Date d’émission : ____________________________________________________</w:t>
      </w:r>
    </w:p>
    <w:p>
      <w:r>
        <w:rPr>
          <w:b w:val="0"/>
          <w:sz w:val="20"/>
        </w:rPr>
        <w:t>Montant TTC : ______________________________________________________</w:t>
      </w:r>
    </w:p>
    <w:p>
      <w:r>
        <w:rPr>
          <w:b w:val="0"/>
          <w:sz w:val="20"/>
        </w:rPr>
        <w:t>Mode de règlement : _________________________________________________</w:t>
      </w:r>
    </w:p>
    <w:p/>
    <w:p/>
    <w:p>
      <w:r>
        <w:rPr>
          <w:b/>
          <w:sz w:val="20"/>
        </w:rPr>
        <w:t>Justification de la demande :</w:t>
      </w:r>
    </w:p>
    <w:p>
      <w:r>
        <w:rPr>
          <w:b w:val="0"/>
          <w:sz w:val="20"/>
        </w:rPr>
        <w:t>Veuillez préciser la raison de la demande de duplicata (perte, endommagement, etc.) 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/>
    <w:p>
      <w:r>
        <w:rPr>
          <w:b w:val="0"/>
          <w:sz w:val="20"/>
        </w:rPr>
        <w:t>Je vous remercie par avance de bien vouloir traiter cette demande dans les meilleurs délais. Je reste à votre disposition pour toute information complémentaire.</w:t>
      </w:r>
    </w:p>
    <w:p/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Lieu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https://jurid-entreprise.com/modele-demande-duplicata-facture/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modele-demande-duplicata-facture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