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PLACE DE MARCHÉ</w:t>
      </w:r>
    </w:p>
    <w:p/>
    <w:p/>
    <w:p>
      <w:r>
        <w:rPr>
          <w:b w:val="0"/>
          <w:sz w:val="20"/>
        </w:rPr>
        <w:t>À l’attention de : ________________________________</w:t>
      </w:r>
    </w:p>
    <w:p>
      <w:r>
        <w:rPr>
          <w:b w:val="0"/>
          <w:sz w:val="20"/>
        </w:rPr>
        <w:t>Adresse de la Mairie / Gestionnaire du marché : ___________________________</w:t>
      </w:r>
    </w:p>
    <w:p/>
    <w:p/>
    <w:p>
      <w:r>
        <w:rPr>
          <w:b/>
          <w:sz w:val="20"/>
        </w:rPr>
        <w:t>Informations du Demandeur :</w:t>
      </w:r>
    </w:p>
    <w:p>
      <w:r>
        <w:rPr>
          <w:b w:val="0"/>
          <w:sz w:val="20"/>
        </w:rPr>
        <w:t>Nom et prénom / Raison sociale : __________________________________________</w:t>
      </w:r>
    </w:p>
    <w:p>
      <w:r>
        <w:rPr>
          <w:b w:val="0"/>
          <w:sz w:val="20"/>
        </w:rPr>
        <w:t>Adresse complète : 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__________________________________________________________</w:t>
      </w:r>
    </w:p>
    <w:p>
      <w:r>
        <w:rPr>
          <w:b w:val="0"/>
          <w:sz w:val="20"/>
        </w:rPr>
        <w:t>Numéro SIRET (le cas échéant) : ____________________________________________</w:t>
      </w:r>
    </w:p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Je soussigné(e), _________________________________________________________, souhaite obtenir une place de marché pour exercer une activité commerciale conformément à la réglementation en vigueur.</w:t>
      </w:r>
    </w:p>
    <w:p/>
    <w:p>
      <w:r>
        <w:rPr>
          <w:b/>
          <w:sz w:val="20"/>
        </w:rPr>
        <w:t>Description de l’activité :</w:t>
      </w:r>
    </w:p>
    <w:p>
      <w:r>
        <w:rPr>
          <w:b w:val="0"/>
          <w:sz w:val="20"/>
        </w:rPr>
        <w:t>Nature des produits ou services proposés : ________________________________</w:t>
      </w:r>
    </w:p>
    <w:p>
      <w:r>
        <w:rPr>
          <w:b w:val="0"/>
          <w:sz w:val="20"/>
        </w:rPr>
        <w:t>Type de commerce : _______________________________________________________</w:t>
      </w:r>
    </w:p>
    <w:p>
      <w:r>
        <w:rPr>
          <w:b w:val="0"/>
          <w:sz w:val="20"/>
        </w:rPr>
        <w:t>Matériel utilisé (étal, véhicule, etc.) : ____________________________________</w:t>
      </w:r>
    </w:p>
    <w:p/>
    <w:p>
      <w:r>
        <w:rPr>
          <w:b/>
          <w:sz w:val="20"/>
        </w:rPr>
        <w:t>Engagements du demandeur :</w:t>
      </w:r>
    </w:p>
    <w:p>
      <w:r>
        <w:rPr>
          <w:b w:val="0"/>
          <w:sz w:val="20"/>
        </w:rPr>
        <w:t>Je m’engage à respecter le règlement intérieur du marché, les horaires d’ouverture, ainsi que l’ensemble des règles sanitaires et de sécurité applicables.</w:t>
      </w:r>
    </w:p>
    <w:p>
      <w:r>
        <w:rPr>
          <w:b w:val="0"/>
          <w:sz w:val="20"/>
        </w:rPr>
        <w:t>Je certifie l’exactitude des informations fournies et joins à la présente demande les documents suivants :</w:t>
      </w:r>
    </w:p>
    <w:p>
      <w:r>
        <w:rPr>
          <w:b w:val="0"/>
          <w:sz w:val="20"/>
        </w:rPr>
        <w:t>• Justificatif d’identité</w:t>
      </w:r>
    </w:p>
    <w:p>
      <w:r>
        <w:rPr>
          <w:b w:val="0"/>
          <w:sz w:val="20"/>
        </w:rPr>
        <w:t>• Extrait Kbis ou attestation d’inscription au registre des métiers (si applicable)</w:t>
      </w:r>
    </w:p>
    <w:p>
      <w:r>
        <w:rPr>
          <w:b w:val="0"/>
          <w:sz w:val="20"/>
        </w:rPr>
        <w:t>• Attestation d’assurance responsabilité civile professionnelle</w:t>
      </w:r>
    </w:p>
    <w:p>
      <w:r>
        <w:rPr>
          <w:b w:val="0"/>
          <w:sz w:val="20"/>
        </w:rPr>
        <w:t>• Tout autre document réglementaire requis</w:t>
      </w:r>
    </w:p>
    <w:p/>
    <w:p>
      <w:r>
        <w:rPr>
          <w:b/>
          <w:sz w:val="20"/>
        </w:rPr>
        <w:t>Utilisation et conditions de la place :</w:t>
      </w:r>
    </w:p>
    <w:p>
      <w:r>
        <w:rPr>
          <w:b w:val="0"/>
          <w:sz w:val="20"/>
        </w:rPr>
        <w:t>Je sollicite une place de marché située à : _________________________________</w:t>
      </w:r>
    </w:p>
    <w:p>
      <w:r>
        <w:rPr>
          <w:b w:val="0"/>
          <w:sz w:val="20"/>
        </w:rPr>
        <w:t>Surface approximative souhaitée : ___________________________ m²</w:t>
      </w:r>
    </w:p>
    <w:p>
      <w:r>
        <w:rPr>
          <w:b w:val="0"/>
          <w:sz w:val="20"/>
        </w:rPr>
        <w:t>Période d’occupation souhaitée : ___________________________________________</w:t>
      </w:r>
    </w:p>
    <w:p>
      <w:r>
        <w:rPr>
          <w:b w:val="0"/>
          <w:sz w:val="20"/>
        </w:rPr>
        <w:t>J’accepte que la place me soit attribuée selon les modalités fixées par la municipalité et que toute modification ou refus me soit notifié dans les délais légaux.</w:t>
      </w:r>
    </w:p>
    <w:p/>
    <w:p>
      <w:r>
        <w:rPr>
          <w:b/>
          <w:sz w:val="20"/>
        </w:rPr>
        <w:t>Clause de responsabilité :</w:t>
      </w:r>
    </w:p>
    <w:p>
      <w:r>
        <w:rPr>
          <w:b w:val="0"/>
          <w:sz w:val="20"/>
        </w:rPr>
        <w:t>Je déclare être seul responsable de mon matériel, de la conformité de mes produits, ainsi que du respect des normes en vigueur. La mairie décline toute responsabilité en cas d’incidents liés à mon activité sur le marché.</w:t>
      </w:r>
    </w:p>
    <w:p/>
    <w:p>
      <w:r>
        <w:rPr>
          <w:b/>
          <w:sz w:val="20"/>
        </w:rPr>
        <w:t>Demande d’autorisation :</w:t>
      </w:r>
    </w:p>
    <w:p>
      <w:r>
        <w:rPr>
          <w:b w:val="0"/>
          <w:sz w:val="20"/>
        </w:rPr>
        <w:t>Par la présente, je sollicite l’autorisation d’occuper une place de marché et m’engage à respecter les conditions stipulées dans ce document ainsi que les dispositions légales applicables.</w:t>
      </w:r>
    </w:p>
    <w:p/>
    <w:p/>
    <w:p>
      <w:r>
        <w:rPr>
          <w:b w:val="0"/>
          <w:sz w:val="20"/>
        </w:rPr>
        <w:t>Fait à : ___________________________________________</w:t>
      </w:r>
    </w:p>
    <w:p>
      <w:r>
        <w:rPr>
          <w:b w:val="0"/>
          <w:sz w:val="20"/>
        </w:rPr>
        <w:t>Le 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la mairie / gestionnaire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https://jurid-entreprise.com/modele-demande-de-place-de-marche/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demande-de-place-de-march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