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D’AGRÉMENT SIMPLE</w:t>
      </w:r>
    </w:p>
    <w:p/>
    <w:p/>
    <w:p>
      <w:r>
        <w:rPr>
          <w:b/>
          <w:sz w:val="20"/>
        </w:rPr>
        <w:t>Objet de la demande :</w:t>
      </w:r>
    </w:p>
    <w:p>
      <w:r>
        <w:rPr>
          <w:b w:val="0"/>
          <w:sz w:val="20"/>
        </w:rPr>
        <w:t>Par la présente, je soussigné(e), sollicite l’agrément simple conformément aux dispositions légales et réglementaires en vigueur, afin d’exercer l’activité réglementée conformément au cadre légal applicable.</w:t>
      </w:r>
    </w:p>
    <w:p/>
    <w:p>
      <w:r>
        <w:rPr>
          <w:b/>
          <w:sz w:val="20"/>
        </w:rPr>
        <w:t>Coordonnées du demandeur :</w:t>
      </w:r>
    </w:p>
    <w:p>
      <w:r>
        <w:rPr>
          <w:b w:val="0"/>
          <w:sz w:val="20"/>
        </w:rPr>
        <w:t>Nom et Prénom : _____________________________________________________________</w:t>
      </w:r>
    </w:p>
    <w:p>
      <w:r>
        <w:rPr>
          <w:b w:val="0"/>
          <w:sz w:val="20"/>
        </w:rPr>
        <w:t>Adresse complète : ___________________________________________________________</w:t>
      </w:r>
    </w:p>
    <w:p>
      <w:r>
        <w:rPr>
          <w:b w:val="0"/>
          <w:sz w:val="20"/>
        </w:rPr>
        <w:t>Code postal : _______________  Ville : _______________________________________</w:t>
      </w:r>
    </w:p>
    <w:p>
      <w:r>
        <w:rPr>
          <w:b w:val="0"/>
          <w:sz w:val="20"/>
        </w:rPr>
        <w:t>Téléphone : ______________________________  Email : __________________________</w:t>
      </w:r>
    </w:p>
    <w:p/>
    <w:p>
      <w:r>
        <w:rPr>
          <w:b/>
          <w:sz w:val="20"/>
        </w:rPr>
        <w:t>Informations relatives à l’activité :</w:t>
      </w:r>
    </w:p>
    <w:p>
      <w:r>
        <w:rPr>
          <w:b w:val="0"/>
          <w:sz w:val="20"/>
        </w:rPr>
        <w:t>Nature de l’activité exercée : ________________________________________________</w:t>
      </w:r>
    </w:p>
    <w:p>
      <w:r>
        <w:rPr>
          <w:b w:val="0"/>
          <w:sz w:val="20"/>
        </w:rPr>
        <w:t>Lieu d’exercice de l’activité : ________________________________________________</w:t>
      </w:r>
    </w:p>
    <w:p>
      <w:r>
        <w:rPr>
          <w:b w:val="0"/>
          <w:sz w:val="20"/>
        </w:rPr>
        <w:t>Description succincte des prestations proposées : 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0"/>
        </w:rPr>
        <w:t>Pièces justificatives jointes à la demande :</w:t>
      </w:r>
    </w:p>
    <w:p>
      <w:r>
        <w:rPr>
          <w:b w:val="0"/>
          <w:sz w:val="20"/>
        </w:rPr>
        <w:t>- Copie de la pièce d’identité en cours de validité</w:t>
      </w:r>
    </w:p>
    <w:p>
      <w:r>
        <w:rPr>
          <w:b w:val="0"/>
          <w:sz w:val="20"/>
        </w:rPr>
        <w:t>- Justificatif de domicile de moins de 3 mois</w:t>
      </w:r>
    </w:p>
    <w:p>
      <w:r>
        <w:rPr>
          <w:b w:val="0"/>
          <w:sz w:val="20"/>
        </w:rPr>
        <w:t>- Curriculum Vitae ou attestation de compétence professionnelle</w:t>
      </w:r>
    </w:p>
    <w:p>
      <w:r>
        <w:rPr>
          <w:b w:val="0"/>
          <w:sz w:val="20"/>
        </w:rPr>
        <w:t>- Attestation sur l’honneur de non-condamnation et de respect des obligations fiscales et sociales</w:t>
      </w:r>
    </w:p>
    <w:p>
      <w:r>
        <w:rPr>
          <w:b w:val="0"/>
          <w:sz w:val="20"/>
        </w:rPr>
        <w:t>- Tout autre document utile à l’examen de la demande : ___________________________</w:t>
      </w:r>
    </w:p>
    <w:p/>
    <w:p>
      <w:r>
        <w:rPr>
          <w:b/>
          <w:sz w:val="20"/>
        </w:rPr>
        <w:t>Engagements du demandeur :</w:t>
      </w:r>
    </w:p>
    <w:p>
      <w:r>
        <w:rPr>
          <w:b w:val="0"/>
          <w:sz w:val="20"/>
        </w:rPr>
        <w:t>Je m’engage à respecter toutes les conditions et obligations prévues par la réglementation applicable à l’exercice de cette activité, notamment en matière de sécurité, d’hygiène, et de respect de l’environnement.</w:t>
      </w:r>
    </w:p>
    <w:p>
      <w:r>
        <w:rPr>
          <w:b w:val="0"/>
          <w:sz w:val="20"/>
        </w:rPr>
        <w:t>Je certifie l’exactitude des renseignements fournis ci-dessus et la conformité des documents annexés.</w:t>
      </w:r>
    </w:p>
    <w:p/>
    <w:p>
      <w:r>
        <w:rPr>
          <w:b/>
          <w:sz w:val="20"/>
        </w:rPr>
        <w:t>Clause de confidentialité :</w:t>
      </w:r>
    </w:p>
    <w:p>
      <w:r>
        <w:rPr>
          <w:b w:val="0"/>
          <w:sz w:val="20"/>
        </w:rPr>
        <w:t>Les informations fournies dans le cadre de cette demande seront traitées conformément à la législation en vigueur relative à la protection des données personnelles et ne seront utilisées qu’aux fins de l’instruction de la présente demande.</w:t>
      </w:r>
    </w:p>
    <w:p/>
    <w:p/>
    <w:p>
      <w:r>
        <w:rPr>
          <w:b w:val="0"/>
          <w:sz w:val="20"/>
        </w:rPr>
        <w:t>Lieu de signature : _________________________________________</w:t>
      </w:r>
    </w:p>
    <w:p>
      <w:r>
        <w:rPr>
          <w:b w:val="0"/>
          <w:sz w:val="20"/>
        </w:rPr>
        <w:t>Date de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 du demandeur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https://jurid-entreprise.com/modele-demande-d'agrement-simple/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demande-d'agrement-simpl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