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RÉSILIATION AMIABLE</w:t>
      </w:r>
    </w:p>
    <w:p/>
    <w:p>
      <w:r>
        <w:rPr>
          <w:b/>
          <w:sz w:val="20"/>
        </w:rPr>
        <w:t>Entre les soussignés :</w:t>
      </w:r>
    </w:p>
    <w:p>
      <w:r>
        <w:rPr>
          <w:b w:val="0"/>
          <w:sz w:val="20"/>
        </w:rPr>
        <w:t>Nom et Prénom / Raison sociale de la première partie : __________________________________________________</w:t>
      </w:r>
    </w:p>
    <w:p>
      <w:r>
        <w:rPr>
          <w:b w:val="0"/>
          <w:sz w:val="20"/>
        </w:rPr>
        <w:t>Adresse : ___________________________________________________________________________________________</w:t>
      </w:r>
    </w:p>
    <w:p>
      <w:r>
        <w:rPr>
          <w:b w:val="0"/>
          <w:sz w:val="20"/>
        </w:rPr>
        <w:t>Représentée par (le cas échéant) : _________________________________________________________________</w:t>
      </w:r>
    </w:p>
    <w:p>
      <w:r>
        <w:rPr>
          <w:b w:val="0"/>
          <w:sz w:val="20"/>
        </w:rPr>
        <w:t>Ci-après dénommée « la Première Partie »</w:t>
      </w:r>
    </w:p>
    <w:p/>
    <w:p>
      <w:r>
        <w:rPr>
          <w:b/>
          <w:sz w:val="20"/>
        </w:rPr>
        <w:t>Et :</w:t>
      </w:r>
    </w:p>
    <w:p>
      <w:r>
        <w:rPr>
          <w:b w:val="0"/>
          <w:sz w:val="20"/>
        </w:rPr>
        <w:t>Nom et Prénom / Raison sociale de la seconde partie : ________________________________________________</w:t>
      </w:r>
    </w:p>
    <w:p>
      <w:r>
        <w:rPr>
          <w:b w:val="0"/>
          <w:sz w:val="20"/>
        </w:rPr>
        <w:t>Adresse : ___________________________________________________________________________________________</w:t>
      </w:r>
    </w:p>
    <w:p>
      <w:r>
        <w:rPr>
          <w:b w:val="0"/>
          <w:sz w:val="20"/>
        </w:rPr>
        <w:t>Représentée par (le cas échéant) : _________________________________________________________________</w:t>
      </w:r>
    </w:p>
    <w:p>
      <w:r>
        <w:rPr>
          <w:b w:val="0"/>
          <w:sz w:val="20"/>
        </w:rPr>
        <w:t>Ci-après dénommée « la Seconde Partie »</w:t>
      </w:r>
    </w:p>
    <w:p/>
    <w:p>
      <w:r>
        <w:rPr>
          <w:b/>
          <w:sz w:val="20"/>
        </w:rPr>
        <w:t>Préambule :</w:t>
      </w:r>
    </w:p>
    <w:p>
      <w:r>
        <w:rPr>
          <w:b w:val="0"/>
          <w:sz w:val="20"/>
        </w:rPr>
        <w:t>Les parties ont conclu un contrat dont les références sont indiquées ci-après. Souhaitant mettre fin à leur collaboration d’un commun accord, elles conviennent de résilier le contrat selon les termes et conditions définis ci-dessous.</w:t>
      </w:r>
    </w:p>
    <w:p/>
    <w:p>
      <w:r>
        <w:rPr>
          <w:b/>
          <w:sz w:val="20"/>
        </w:rPr>
        <w:t>Références du contrat :</w:t>
      </w:r>
    </w:p>
    <w:p>
      <w:r>
        <w:rPr>
          <w:b w:val="0"/>
          <w:sz w:val="20"/>
        </w:rPr>
        <w:t>Type de contrat : ___________________________________________________________________________________</w:t>
      </w:r>
    </w:p>
    <w:p>
      <w:r>
        <w:rPr>
          <w:b w:val="0"/>
          <w:sz w:val="20"/>
        </w:rPr>
        <w:t>Date de signature : _________________________________________________________________________________</w:t>
      </w:r>
    </w:p>
    <w:p>
      <w:r>
        <w:rPr>
          <w:b w:val="0"/>
          <w:sz w:val="20"/>
        </w:rPr>
        <w:t>Objet du contrat : __________________________________________________________________________________</w:t>
      </w:r>
    </w:p>
    <w:p/>
    <w:p>
      <w:r>
        <w:rPr>
          <w:b/>
          <w:sz w:val="20"/>
        </w:rPr>
        <w:t>1 – Résiliation amiable du contrat</w:t>
      </w:r>
    </w:p>
    <w:p>
      <w:r>
        <w:rPr>
          <w:b w:val="0"/>
          <w:sz w:val="20"/>
        </w:rPr>
        <w:t>Les parties conviennent d’un commun accord de résilier le contrat susmentionné à compter de la date de signature de la présente convention, sans qu’aucune indemnité ne soit due de part et d’autre, sauf stipulation contraire précisée ci-après.</w:t>
      </w:r>
    </w:p>
    <w:p/>
    <w:p>
      <w:r>
        <w:rPr>
          <w:b/>
          <w:sz w:val="20"/>
        </w:rPr>
        <w:t>2 – Effets de la résiliation</w:t>
      </w:r>
    </w:p>
    <w:p>
      <w:r>
        <w:rPr>
          <w:b w:val="0"/>
          <w:sz w:val="20"/>
        </w:rPr>
        <w:t>La résiliation met fin à toutes les obligations futures des parties au titre du contrat. Cependant, les obligations nées avant la date de résiliation demeurent exigibles et doivent être exécutées conformément aux dispositions contractuelles et légales applicables.</w:t>
      </w:r>
    </w:p>
    <w:p/>
    <w:p>
      <w:r>
        <w:rPr>
          <w:b/>
          <w:sz w:val="20"/>
        </w:rPr>
        <w:t>3 – Restitutions éventuelles</w:t>
      </w:r>
    </w:p>
    <w:p>
      <w:r>
        <w:rPr>
          <w:b w:val="0"/>
          <w:sz w:val="20"/>
        </w:rPr>
        <w:t>Les parties s’engagent, le cas échéant, à restituer tous les biens, documents, informations ou matériels appartenant à l’autre partie dans un délai raisonnable et en bon état, sous réserve de l’usure normale résultant de leur usage.</w:t>
      </w:r>
    </w:p>
    <w:p/>
    <w:p>
      <w:r>
        <w:rPr>
          <w:b/>
          <w:sz w:val="20"/>
        </w:rPr>
        <w:t>4 – Confidentialité</w:t>
      </w:r>
    </w:p>
    <w:p>
      <w:r>
        <w:rPr>
          <w:b w:val="0"/>
          <w:sz w:val="20"/>
        </w:rPr>
        <w:t>Les parties rappellent leur engagement à respecter les clauses de confidentialité du contrat résilié, qui demeurent en vigueur après la présente résiliation, sauf dispositions contraires expresses.</w:t>
      </w:r>
    </w:p>
    <w:p/>
    <w:p>
      <w:r>
        <w:rPr>
          <w:b/>
          <w:sz w:val="20"/>
        </w:rPr>
        <w:t>5 – Clause de non-recours</w:t>
      </w:r>
    </w:p>
    <w:p>
      <w:r>
        <w:rPr>
          <w:b w:val="0"/>
          <w:sz w:val="20"/>
        </w:rPr>
        <w:t>Les parties déclarent renoncer à tout recours judiciaire ou extrajudiciaire relatif au contrat résilié dès lors que les obligations prévues dans la présente convention auront été respectées.</w:t>
      </w:r>
    </w:p>
    <w:p/>
    <w:p>
      <w:r>
        <w:rPr>
          <w:b/>
          <w:sz w:val="20"/>
        </w:rPr>
        <w:t>6 – Loi applicable et juridiction compétente</w:t>
      </w:r>
    </w:p>
    <w:p>
      <w:r>
        <w:rPr>
          <w:b w:val="0"/>
          <w:sz w:val="20"/>
        </w:rPr>
        <w:t>La présente convention est régie par le droit français. Tout différend relatif à son interprétation ou son exécution sera soumis aux tribunaux compétents du ressort du siège social de la partie assignée, sauf disposition légale impérative contraire.</w:t>
      </w:r>
    </w:p>
    <w:p/>
    <w:p/>
    <w:p>
      <w:r>
        <w:rPr>
          <w:b w:val="0"/>
          <w:sz w:val="20"/>
        </w:rPr>
        <w:t>Lieu de signature : _________________________________________</w:t>
      </w:r>
    </w:p>
    <w:p>
      <w:r>
        <w:rPr>
          <w:b w:val="0"/>
          <w:sz w:val="20"/>
        </w:rPr>
        <w:t>Date de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 PREMIÈRE PARTIE</w:t>
            </w:r>
          </w:p>
        </w:tc>
        <w:tc>
          <w:tcPr>
            <w:tcW w:type="dxa" w:w="4986"/>
            <w:tcBorders>
              <w:top w:val="nil"/>
              <w:left w:val="nil"/>
              <w:bottom w:val="nil"/>
              <w:right w:val="nil"/>
              <w:insideH w:val="nil"/>
              <w:insideV w:val="nil"/>
            </w:tcBorders>
          </w:tcPr>
          <w:p>
            <w:pPr>
              <w:jc w:val="center"/>
            </w:pPr>
            <w:r>
              <w:t>LA SECONDE PARTIE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https://jurid-entreprise.com/modele-de-resiliation-amiable/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de-resiliation-amiabl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