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PROMOTION INTERNE</w:t>
      </w:r>
    </w:p>
    <w:p/>
    <w:p/>
    <w:p>
      <w:r>
        <w:rPr>
          <w:b/>
          <w:sz w:val="20"/>
        </w:rPr>
        <w:t>Nom Prénom</w:t>
      </w:r>
    </w:p>
    <w:p>
      <w:r>
        <w:rPr>
          <w:b w:val="0"/>
          <w:sz w:val="20"/>
        </w:rPr>
        <w:t>Poste actuel : _______________________________________________</w:t>
      </w:r>
    </w:p>
    <w:p>
      <w:r>
        <w:rPr>
          <w:b w:val="0"/>
          <w:sz w:val="20"/>
        </w:rPr>
        <w:t>Service/Département : _________________________________________</w:t>
      </w:r>
    </w:p>
    <w:p>
      <w:r>
        <w:rPr>
          <w:b w:val="0"/>
          <w:sz w:val="20"/>
        </w:rPr>
        <w:t>Adresse mail : _______________________________________________</w:t>
      </w:r>
    </w:p>
    <w:p>
      <w:r>
        <w:rPr>
          <w:b w:val="0"/>
          <w:sz w:val="20"/>
        </w:rPr>
        <w:t>Téléphone : _________________________________________________</w:t>
      </w:r>
    </w:p>
    <w:p/>
    <w:p/>
    <w:p>
      <w:r>
        <w:rPr>
          <w:b/>
          <w:sz w:val="20"/>
        </w:rPr>
        <w:t>À</w:t>
      </w:r>
    </w:p>
    <w:p>
      <w:r>
        <w:rPr>
          <w:b/>
          <w:sz w:val="20"/>
        </w:rPr>
        <w:t>Nom du destinataire</w:t>
      </w:r>
    </w:p>
    <w:p>
      <w:r>
        <w:rPr>
          <w:b w:val="0"/>
          <w:sz w:val="20"/>
        </w:rPr>
        <w:t>Titre ou fonction</w:t>
      </w:r>
    </w:p>
    <w:p>
      <w:r>
        <w:rPr>
          <w:b w:val="0"/>
          <w:sz w:val="20"/>
        </w:rPr>
        <w:t>Nom de l’entreprise</w:t>
      </w:r>
    </w:p>
    <w:p>
      <w:r>
        <w:rPr>
          <w:b w:val="0"/>
          <w:sz w:val="20"/>
        </w:rPr>
        <w:t>Adresse de l’entreprise</w:t>
      </w:r>
    </w:p>
    <w:p/>
    <w:p/>
    <w:p>
      <w:r>
        <w:rPr>
          <w:b/>
          <w:sz w:val="20"/>
        </w:rPr>
        <w:t>Objet : Demande de promotion interne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vous faire part de ma volonté d’évoluer au sein de notre entreprise en sollicitant une promotion interne au poste de _______________________________.</w:t>
      </w:r>
    </w:p>
    <w:p/>
    <w:p>
      <w:r>
        <w:rPr>
          <w:b w:val="0"/>
          <w:sz w:val="20"/>
        </w:rPr>
        <w:t>Depuis mon intégration au sein de l’entreprise en tant que ____________________, j’ai eu l’opportunité de développer et de consolider mes compétences dans les domaines suivants :</w:t>
      </w:r>
    </w:p>
    <w:p>
      <w:r>
        <w:rPr>
          <w:b w:val="0"/>
          <w:sz w:val="20"/>
        </w:rPr>
        <w:t>• 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</w:t>
      </w:r>
    </w:p>
    <w:p>
      <w:r>
        <w:rPr>
          <w:b w:val="0"/>
          <w:sz w:val="20"/>
        </w:rPr>
        <w:t>• _______________________________________________________________</w:t>
      </w:r>
    </w:p>
    <w:p/>
    <w:p>
      <w:r>
        <w:rPr>
          <w:b w:val="0"/>
          <w:sz w:val="20"/>
        </w:rPr>
        <w:t>Ces expériences m’ont permis d’acquérir une connaissance approfondie des activités de notre service ainsi qu’une compréhension fine des enjeux stratégiques de l’entreprise.</w:t>
      </w:r>
    </w:p>
    <w:p/>
    <w:p>
      <w:r>
        <w:rPr>
          <w:b w:val="0"/>
          <w:sz w:val="20"/>
        </w:rPr>
        <w:t>Motivé(e) par le désir de relever de nouveaux défis et de contribuer davantage à la réussite collective, je suis convaincu(e) que le poste de _______________________________ correspond parfaitement à mes aspirations et à mes compétences.</w:t>
      </w:r>
    </w:p>
    <w:p/>
    <w:p>
      <w:r>
        <w:rPr>
          <w:b w:val="0"/>
          <w:sz w:val="20"/>
        </w:rPr>
        <w:t>Je me tiens à votre disposition pour vous rencontrer afin d’échanger plus en détail sur cette opportunité et sur les objectifs que nous pourrions fixer ensemble.</w:t>
      </w:r>
    </w:p>
    <w:p/>
    <w:p>
      <w:r>
        <w:rPr>
          <w:b w:val="0"/>
          <w:sz w:val="20"/>
        </w:rPr>
        <w:t>Je vous remercie par avance de l’attention portée à ma demande et vous prie d’agréer, Madame, Monsieur, l’expression de mes salutations distinguées.</w:t>
      </w:r>
    </w:p>
    <w:p/>
    <w:p/>
    <w:p/>
    <w:p>
      <w:pPr>
        <w:jc w:val="center"/>
      </w:pPr>
      <w:r>
        <w:rPr>
          <w:b w:val="0"/>
          <w:sz w:val="20"/>
        </w:rPr>
        <w:t>Signature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et Prénom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et Signature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https://jurid-entreprise.com/modele-de-lettre-de-demande-de-promotion-interne/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de-lettre-de-demande-de-promotion-intern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