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CONTRAT D’OBJECTIFS EN ENTREPRISE</w:t>
      </w:r>
    </w:p>
    <w:p/>
    <w:p/>
    <w:p>
      <w:r>
        <w:rPr>
          <w:b/>
          <w:sz w:val="20"/>
        </w:rPr>
        <w:t>Entre les soussignés :</w:t>
      </w:r>
    </w:p>
    <w:p>
      <w:r>
        <w:rPr>
          <w:b w:val="0"/>
          <w:sz w:val="20"/>
        </w:rPr>
        <w:t>La Société : _________________________________________________________</w:t>
      </w:r>
    </w:p>
    <w:p>
      <w:r>
        <w:rPr>
          <w:b w:val="0"/>
          <w:sz w:val="20"/>
        </w:rPr>
        <w:t>Adresse du siège social : ______________________________________________</w:t>
      </w:r>
    </w:p>
    <w:p>
      <w:r>
        <w:rPr>
          <w:b w:val="0"/>
          <w:sz w:val="20"/>
        </w:rPr>
        <w:t>Représentée par : _____________________________________________________</w:t>
      </w:r>
    </w:p>
    <w:p>
      <w:r>
        <w:rPr>
          <w:b w:val="0"/>
          <w:sz w:val="20"/>
        </w:rPr>
        <w:t>Fonction : ____________________________________________________________</w:t>
      </w:r>
    </w:p>
    <w:p/>
    <w:p>
      <w:r>
        <w:rPr>
          <w:b/>
          <w:sz w:val="20"/>
        </w:rPr>
        <w:t>Et :</w:t>
      </w:r>
    </w:p>
    <w:p>
      <w:r>
        <w:rPr>
          <w:b w:val="0"/>
          <w:sz w:val="20"/>
        </w:rPr>
        <w:t>Le Collaborateur : _____________________________________________________</w:t>
      </w:r>
    </w:p>
    <w:p>
      <w:r>
        <w:rPr>
          <w:b w:val="0"/>
          <w:sz w:val="20"/>
        </w:rPr>
        <w:t>Fonction : ____________________________________________________________</w:t>
      </w:r>
    </w:p>
    <w:p>
      <w:r>
        <w:rPr>
          <w:b w:val="0"/>
          <w:sz w:val="20"/>
        </w:rPr>
        <w:t>Service / Département : ________________________________________________</w:t>
      </w:r>
    </w:p>
    <w:p/>
    <w:p/>
    <w:p>
      <w:r>
        <w:rPr>
          <w:b/>
          <w:sz w:val="20"/>
        </w:rPr>
        <w:t>Préambule</w:t>
      </w:r>
    </w:p>
    <w:p>
      <w:r>
        <w:rPr>
          <w:b w:val="0"/>
          <w:sz w:val="20"/>
        </w:rPr>
        <w:t>Le présent contrat a pour objet de définir les objectifs individuels du Collaborateur pour la période à venir,</w:t>
      </w:r>
    </w:p>
    <w:p>
      <w:r>
        <w:rPr>
          <w:b w:val="0"/>
          <w:sz w:val="20"/>
        </w:rPr>
        <w:t>en cohérence avec la stratégie et les priorités de l'entreprise. Il vise à formaliser les engagements mutuels en matière de réalisation et de suivi.</w:t>
      </w:r>
    </w:p>
    <w:p/>
    <w:p/>
    <w:p>
      <w:r>
        <w:rPr>
          <w:b/>
          <w:sz w:val="20"/>
        </w:rPr>
        <w:t>Article 1 – Durée du contrat</w:t>
      </w:r>
    </w:p>
    <w:p>
      <w:r>
        <w:rPr>
          <w:b w:val="0"/>
          <w:sz w:val="20"/>
        </w:rPr>
        <w:t>Le présent contrat est conclu pour une période de ______ mois à compter de sa signature. Il pourra faire l'objet d'une révision en cas d'évolution significative des missions ou du contexte.</w:t>
      </w:r>
    </w:p>
    <w:p/>
    <w:p>
      <w:r>
        <w:rPr>
          <w:b/>
          <w:sz w:val="20"/>
        </w:rPr>
        <w:t>Article 2 – Objectifs assignés</w:t>
      </w:r>
    </w:p>
    <w:p>
      <w:r>
        <w:rPr>
          <w:b w:val="0"/>
          <w:sz w:val="20"/>
        </w:rPr>
        <w:t>Le Collaborateur s'engage à atteindre les objectifs suivants, définis de manière claire, mesurable et réalisable :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t>Objectif</w:t>
            </w:r>
          </w:p>
        </w:tc>
        <w:tc>
          <w:tcPr>
            <w:tcW w:type="dxa" w:w="2493"/>
          </w:tcPr>
          <w:p>
            <w:r>
              <w:t>Description</w:t>
            </w:r>
          </w:p>
        </w:tc>
        <w:tc>
          <w:tcPr>
            <w:tcW w:type="dxa" w:w="2493"/>
          </w:tcPr>
          <w:p>
            <w:r>
              <w:t>Indicateurs de réussite</w:t>
            </w:r>
          </w:p>
        </w:tc>
        <w:tc>
          <w:tcPr>
            <w:tcW w:type="dxa" w:w="2493"/>
          </w:tcPr>
          <w:p>
            <w:r>
              <w:t>Échéance</w:t>
            </w:r>
          </w:p>
        </w:tc>
      </w:tr>
      <w:tr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</w:tr>
      <w:tr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</w:tr>
      <w:tr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</w:tr>
      <w:tr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</w:tr>
      <w:tr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</w:tr>
    </w:tbl>
    <w:p/>
    <w:p/>
    <w:p>
      <w:r>
        <w:rPr>
          <w:b/>
          <w:sz w:val="20"/>
        </w:rPr>
        <w:t>Article 3 – Engagements de la Société</w:t>
      </w:r>
    </w:p>
    <w:p>
      <w:r>
        <w:rPr>
          <w:b w:val="0"/>
          <w:sz w:val="20"/>
        </w:rPr>
        <w:t>La Société s'engage à fournir au Collaborateur les moyens nécessaires à la réalisation des objectifs fixés,</w:t>
      </w:r>
    </w:p>
    <w:p>
      <w:r>
        <w:rPr>
          <w:b w:val="0"/>
          <w:sz w:val="20"/>
        </w:rPr>
        <w:t>ainsi qu'un accompagnement et un suivi régulier de la progression.</w:t>
      </w:r>
    </w:p>
    <w:p/>
    <w:p>
      <w:r>
        <w:rPr>
          <w:b/>
          <w:sz w:val="20"/>
        </w:rPr>
        <w:t>Article 4 – Engagements du Collaborateur</w:t>
      </w:r>
    </w:p>
    <w:p>
      <w:r>
        <w:rPr>
          <w:b w:val="0"/>
          <w:sz w:val="20"/>
        </w:rPr>
        <w:t>Le Collaborateur s'engage à mobiliser ses compétences, son savoir-faire et son implication pour atteindre les objectifs définis,</w:t>
      </w:r>
    </w:p>
    <w:p>
      <w:r>
        <w:rPr>
          <w:b w:val="0"/>
          <w:sz w:val="20"/>
        </w:rPr>
        <w:t>et à informer régulièrement sa hiérarchie de l’avancement et des éventuelles difficultés rencontrées.</w:t>
      </w:r>
    </w:p>
    <w:p/>
    <w:p>
      <w:r>
        <w:rPr>
          <w:b/>
          <w:sz w:val="20"/>
        </w:rPr>
        <w:t>Article 5 – Suivi et évaluation</w:t>
      </w:r>
    </w:p>
    <w:p>
      <w:r>
        <w:rPr>
          <w:b w:val="0"/>
          <w:sz w:val="20"/>
        </w:rPr>
        <w:t>Un point d’étape sera réalisé à la moitié de la période contractuelle afin d’évaluer l’avancement des objectifs et d’ajuster si nécessaire.</w:t>
      </w:r>
    </w:p>
    <w:p>
      <w:r>
        <w:rPr>
          <w:b w:val="0"/>
          <w:sz w:val="20"/>
        </w:rPr>
        <w:t>À l’issue de la période, une évaluation globale sera menée, prenant en compte les résultats obtenus et les compétences mobilisées.</w:t>
      </w:r>
    </w:p>
    <w:p/>
    <w:p>
      <w:r>
        <w:rPr>
          <w:b/>
          <w:sz w:val="20"/>
        </w:rPr>
        <w:t>Article 6 – Conditions en cas de non-réalisation</w:t>
      </w:r>
    </w:p>
    <w:p>
      <w:r>
        <w:rPr>
          <w:b w:val="0"/>
          <w:sz w:val="20"/>
        </w:rPr>
        <w:t>En cas de non-atteinte des objectifs pour des raisons imputables au Collaborateur, des mesures adaptées pourront être envisagées,</w:t>
      </w:r>
    </w:p>
    <w:p>
      <w:r>
        <w:rPr>
          <w:b w:val="0"/>
          <w:sz w:val="20"/>
        </w:rPr>
        <w:t>notamment un plan d’amélioration, sans préjudice des dispositions légales et conventionnelles applicables.</w:t>
      </w:r>
    </w:p>
    <w:p/>
    <w:p>
      <w:r>
        <w:rPr>
          <w:b/>
          <w:sz w:val="20"/>
        </w:rPr>
        <w:t>Article 7 – Confidentialité</w:t>
      </w:r>
    </w:p>
    <w:p>
      <w:r>
        <w:rPr>
          <w:b w:val="0"/>
          <w:sz w:val="20"/>
        </w:rPr>
        <w:t>Le Collaborateur s’engage à respecter la confidentialité des informations relatives à l’entreprise auxquelles il pourrait avoir accès dans le cadre de l’exécution du présent contrat.</w:t>
      </w:r>
    </w:p>
    <w:p/>
    <w:p>
      <w:r>
        <w:rPr>
          <w:b/>
          <w:sz w:val="20"/>
        </w:rPr>
        <w:t>Article 8 – Modification du contrat</w:t>
      </w:r>
    </w:p>
    <w:p>
      <w:r>
        <w:rPr>
          <w:b w:val="0"/>
          <w:sz w:val="20"/>
        </w:rPr>
        <w:t>Toute modification du présent contrat devra faire l’objet d’un avenant écrit signé par les deux parties.</w:t>
      </w:r>
    </w:p>
    <w:p/>
    <w:p>
      <w:r>
        <w:rPr>
          <w:b/>
          <w:sz w:val="20"/>
        </w:rPr>
        <w:t>Article 9 – Litiges</w:t>
      </w:r>
    </w:p>
    <w:p>
      <w:r>
        <w:rPr>
          <w:b w:val="0"/>
          <w:sz w:val="20"/>
        </w:rPr>
        <w:t>En cas de différend relatif à l’interprétation ou à l’exécution du présent contrat, les parties s’efforceront de trouver une solution amiable.</w:t>
      </w:r>
    </w:p>
    <w:p>
      <w:r>
        <w:rPr>
          <w:b w:val="0"/>
          <w:sz w:val="20"/>
        </w:rPr>
        <w:t>À défaut, le litige sera soumis aux juridictions compétentes conformément au droit français en vigueur.</w:t>
      </w:r>
    </w:p>
    <w:p/>
    <w:p/>
    <w:p>
      <w:r>
        <w:rPr>
          <w:b w:val="0"/>
          <w:sz w:val="20"/>
        </w:rPr>
        <w:t>Lieu de signature : _____________________________________________</w:t>
      </w:r>
    </w:p>
    <w:p>
      <w:r>
        <w:rPr>
          <w:b w:val="0"/>
          <w:sz w:val="20"/>
        </w:rPr>
        <w:t>Date de signature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Pour la Société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Collaborateur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et fonction : 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https://jurid-entreprise.com/modele-de-contrat-d'objectifs-en-entreprise/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modele-de-contrat-d'objectifs-en-entreprise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