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CONTRAT D’INTERMÉDIATION COMMERCIALE</w:t>
      </w:r>
    </w:p>
    <w:p/>
    <w:p>
      <w:r>
        <w:rPr>
          <w:b w:val="0"/>
          <w:sz w:val="20"/>
        </w:rPr>
        <w:t>Lieu : ____________________________    Date : ____________________________</w:t>
      </w:r>
    </w:p>
    <w:p/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L’Entreprise Mandante :</w:t>
      </w:r>
    </w:p>
    <w:p>
      <w:r>
        <w:rPr>
          <w:b w:val="0"/>
          <w:sz w:val="20"/>
        </w:rPr>
        <w:t>Nom / Raison sociale : ________________________________________________</w:t>
      </w:r>
    </w:p>
    <w:p>
      <w:r>
        <w:rPr>
          <w:b w:val="0"/>
          <w:sz w:val="20"/>
        </w:rPr>
        <w:t>Adresse du siège social : _____________________________________________</w:t>
      </w:r>
    </w:p>
    <w:p>
      <w:r>
        <w:rPr>
          <w:b w:val="0"/>
          <w:sz w:val="20"/>
        </w:rPr>
        <w:t>Numéro SIRET : ______________________________________________________</w:t>
      </w:r>
    </w:p>
    <w:p>
      <w:r>
        <w:rPr>
          <w:b w:val="0"/>
          <w:sz w:val="20"/>
        </w:rPr>
        <w:t>Représentée par : _________________________________________________</w:t>
      </w:r>
    </w:p>
    <w:p>
      <w:r>
        <w:rPr>
          <w:b w:val="0"/>
          <w:sz w:val="20"/>
        </w:rPr>
        <w:t>Qualité : ___________________________________________________________</w:t>
      </w:r>
    </w:p>
    <w:p/>
    <w:p>
      <w:r>
        <w:rPr>
          <w:b/>
          <w:sz w:val="20"/>
        </w:rPr>
        <w:t>L’Intermédiaire Commercial :</w:t>
      </w:r>
    </w:p>
    <w:p>
      <w:r>
        <w:rPr>
          <w:b w:val="0"/>
          <w:sz w:val="20"/>
        </w:rPr>
        <w:t>Nom / Raison sociale : 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Numéro SIRET : ______________________________________________________</w:t>
      </w:r>
    </w:p>
    <w:p>
      <w:r>
        <w:rPr>
          <w:b w:val="0"/>
          <w:sz w:val="20"/>
        </w:rPr>
        <w:t>Représentée par : _________________________________________________</w:t>
      </w:r>
    </w:p>
    <w:p>
      <w:r>
        <w:rPr>
          <w:b w:val="0"/>
          <w:sz w:val="20"/>
        </w:rPr>
        <w:t>Qualité : ___________________________________________________________</w:t>
      </w:r>
    </w:p>
    <w:p/>
    <w:p/>
    <w:p>
      <w:r>
        <w:rPr>
          <w:b/>
          <w:sz w:val="20"/>
        </w:rPr>
        <w:t>Préambule</w:t>
      </w:r>
    </w:p>
    <w:p>
      <w:r>
        <w:rPr>
          <w:b w:val="0"/>
          <w:sz w:val="20"/>
        </w:rPr>
        <w:t>Le Mandant souhaite confier à l’Intermédiaire Commercial la mission de rechercher des clients pour la vente de ses produits ou services, sans établir de lien de subordination.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a pour objet de définir les conditions dans lesquelles l’Intermédiaire Commercial est chargé, à titre non exclusif, de présenter et de promouvoir les produits/services du Mandant auprès de clients potentiels.</w:t>
      </w:r>
    </w:p>
    <w:p/>
    <w:p>
      <w:r>
        <w:rPr>
          <w:b/>
          <w:sz w:val="20"/>
        </w:rPr>
        <w:t>Article 2 – Durée</w:t>
      </w:r>
    </w:p>
    <w:p>
      <w:r>
        <w:rPr>
          <w:b w:val="0"/>
          <w:sz w:val="20"/>
        </w:rPr>
        <w:t>Le présent contrat est conclu pour une durée indéterminée / déterminée de ______ mois/années. Chaque partie pourra y mettre fin à tout moment sous réserve d’un préavis de ______ jours/mois, notifié par lettre recommandée avec accusé de réception.</w:t>
      </w:r>
    </w:p>
    <w:p/>
    <w:p>
      <w:r>
        <w:rPr>
          <w:b/>
          <w:sz w:val="20"/>
        </w:rPr>
        <w:t>Article 3 – Obligations de l’Intermédiaire Commercial</w:t>
      </w:r>
    </w:p>
    <w:p>
      <w:r>
        <w:rPr>
          <w:b w:val="0"/>
          <w:sz w:val="20"/>
        </w:rPr>
        <w:t>L’Intermédiaire Commercial s’engage à :</w:t>
      </w:r>
    </w:p>
    <w:p>
      <w:r>
        <w:rPr>
          <w:b w:val="0"/>
          <w:sz w:val="20"/>
        </w:rPr>
        <w:t>- Promouvoir les produits/services du Mandant auprès des clients potentiels ;</w:t>
      </w:r>
    </w:p>
    <w:p>
      <w:r>
        <w:rPr>
          <w:b w:val="0"/>
          <w:sz w:val="20"/>
        </w:rPr>
        <w:t>- Informer le Mandant de toutes les opportunités ou commandes obtenues ;</w:t>
      </w:r>
    </w:p>
    <w:p>
      <w:r>
        <w:rPr>
          <w:b w:val="0"/>
          <w:sz w:val="20"/>
        </w:rPr>
        <w:t>- Ne pas engager le Mandant sans son accord préalable écrit ;</w:t>
      </w:r>
    </w:p>
    <w:p>
      <w:r>
        <w:rPr>
          <w:b w:val="0"/>
          <w:sz w:val="20"/>
        </w:rPr>
        <w:t>- Respecter la confidentialité des informations reçues dans le cadre de la mission ;</w:t>
      </w:r>
    </w:p>
    <w:p>
      <w:r>
        <w:rPr>
          <w:b w:val="0"/>
          <w:sz w:val="20"/>
        </w:rPr>
        <w:t>- Agir en conformité avec les règles et usages de la profession.</w:t>
      </w:r>
    </w:p>
    <w:p/>
    <w:p>
      <w:r>
        <w:rPr>
          <w:b/>
          <w:sz w:val="20"/>
        </w:rPr>
        <w:t>Article 4 – Obligations du Mandant</w:t>
      </w:r>
    </w:p>
    <w:p>
      <w:r>
        <w:rPr>
          <w:b w:val="0"/>
          <w:sz w:val="20"/>
        </w:rPr>
        <w:t>Le Mandant s’engage à :</w:t>
      </w:r>
    </w:p>
    <w:p>
      <w:r>
        <w:rPr>
          <w:b w:val="0"/>
          <w:sz w:val="20"/>
        </w:rPr>
        <w:t>- Fournir à l’Intermédiaire Commercial toutes les informations nécessaires à la bonne exécution de la mission ;</w:t>
      </w:r>
    </w:p>
    <w:p>
      <w:r>
        <w:rPr>
          <w:b w:val="0"/>
          <w:sz w:val="20"/>
        </w:rPr>
        <w:t>- Payer les commissions dues conformément aux dispositions du présent contrat ;</w:t>
      </w:r>
    </w:p>
    <w:p>
      <w:r>
        <w:rPr>
          <w:b w:val="0"/>
          <w:sz w:val="20"/>
        </w:rPr>
        <w:t>- Informer l’Intermédiaire Commercial de toute modification des conditions commerciales ;</w:t>
      </w:r>
    </w:p>
    <w:p>
      <w:r>
        <w:rPr>
          <w:b w:val="0"/>
          <w:sz w:val="20"/>
        </w:rPr>
        <w:t>- Assurer la qualité et la conformité des produits/services proposés.</w:t>
      </w:r>
    </w:p>
    <w:p/>
    <w:p>
      <w:r>
        <w:rPr>
          <w:b/>
          <w:sz w:val="20"/>
        </w:rPr>
        <w:t>Article 5 – Commission et modalités de paiement</w:t>
      </w:r>
    </w:p>
    <w:p>
      <w:r>
        <w:rPr>
          <w:b w:val="0"/>
          <w:sz w:val="20"/>
        </w:rPr>
        <w:t>En rémunération de sa mission, l’Intermédiaire Commercial percevra une commission de ______ % sur le chiffre d’affaires HT résultant des contrats conclus grâce à son intervention.</w:t>
      </w:r>
    </w:p>
    <w:p>
      <w:r>
        <w:rPr>
          <w:b w:val="0"/>
          <w:sz w:val="20"/>
        </w:rPr>
        <w:t>La commission sera due après encaissement effectif du paiement par le Mandant.</w:t>
      </w:r>
    </w:p>
    <w:p>
      <w:r>
        <w:rPr>
          <w:b w:val="0"/>
          <w:sz w:val="20"/>
        </w:rPr>
        <w:t>Le paiement de la commission interviendra dans un délai de ______ jours à compter de la réception du règlement client.</w:t>
      </w:r>
    </w:p>
    <w:p/>
    <w:p>
      <w:r>
        <w:rPr>
          <w:b/>
          <w:sz w:val="20"/>
        </w:rPr>
        <w:t>Article 6 – Non-exclusivité</w:t>
      </w:r>
    </w:p>
    <w:p>
      <w:r>
        <w:rPr>
          <w:b w:val="0"/>
          <w:sz w:val="20"/>
        </w:rPr>
        <w:t>Le présent contrat ne confère pas de caractère exclusif à l’Intermédiaire Commercial, qui reste libre de représenter d’autres entreprises, sauf stipulation contraire expresse.</w:t>
      </w:r>
    </w:p>
    <w:p/>
    <w:p>
      <w:r>
        <w:rPr>
          <w:b/>
          <w:sz w:val="20"/>
        </w:rPr>
        <w:t>Article 7 – Responsabilité</w:t>
      </w:r>
    </w:p>
    <w:p>
      <w:r>
        <w:rPr>
          <w:b w:val="0"/>
          <w:sz w:val="20"/>
        </w:rPr>
        <w:t>L’Intermédiaire Commercial agit en qualité de mandataire non salarié. Sa responsabilité ne pourra être engagée qu’en cas de faute prouvée dans l’exécution de sa mission.</w:t>
      </w:r>
    </w:p>
    <w:p>
      <w:r>
        <w:rPr>
          <w:b w:val="0"/>
          <w:sz w:val="20"/>
        </w:rPr>
        <w:t>Le Mandant demeure seul responsable de l’exécution des contrats conclus et de la qualité des produits/services fournis.</w:t>
      </w:r>
    </w:p>
    <w:p/>
    <w:p>
      <w:r>
        <w:rPr>
          <w:b/>
          <w:sz w:val="20"/>
        </w:rPr>
        <w:t>Article 8 – Confidentialité</w:t>
      </w:r>
    </w:p>
    <w:p>
      <w:r>
        <w:rPr>
          <w:b w:val="0"/>
          <w:sz w:val="20"/>
        </w:rPr>
        <w:t>Chaque partie s’engage à garder strictement confidentielles toutes les informations, documents et données échangés dans le cadre d’exécution du présent contrat, sauf accord écrit préalable de l’autre partie.</w:t>
      </w:r>
    </w:p>
    <w:p/>
    <w:p>
      <w:r>
        <w:rPr>
          <w:b/>
          <w:sz w:val="20"/>
        </w:rPr>
        <w:t>Article 9 – Propriété intellectuelle</w:t>
      </w:r>
    </w:p>
    <w:p>
      <w:r>
        <w:rPr>
          <w:b w:val="0"/>
          <w:sz w:val="20"/>
        </w:rPr>
        <w:t>L’Intermédiaire Commercial s’interdit d’utiliser les marques, logos ou tout autre élément de propriété intellectuelle du Mandant en dehors des strictes limites de la mission confiée.</w:t>
      </w:r>
    </w:p>
    <w:p/>
    <w:p>
      <w:r>
        <w:rPr>
          <w:b/>
          <w:sz w:val="20"/>
        </w:rPr>
        <w:t>Article 10 – Résiliation</w:t>
      </w:r>
    </w:p>
    <w:p>
      <w:r>
        <w:rPr>
          <w:b w:val="0"/>
          <w:sz w:val="20"/>
        </w:rPr>
        <w:t>Chaque partie pourra résilier le présent contrat en respectant le préavis défini à l’article 2.</w:t>
      </w:r>
    </w:p>
    <w:p>
      <w:r>
        <w:rPr>
          <w:b w:val="0"/>
          <w:sz w:val="20"/>
        </w:rPr>
        <w:t>En cas de manquement grave aux obligations contractuelles, le contrat pourra être résilié immédiatement, sans préavis, après mise en demeure restée sans effet.</w:t>
      </w:r>
    </w:p>
    <w:p/>
    <w:p>
      <w:r>
        <w:rPr>
          <w:b/>
          <w:sz w:val="20"/>
        </w:rPr>
        <w:t>Article 11 – Loi applicable et juridiction compétente</w:t>
      </w:r>
    </w:p>
    <w:p>
      <w:r>
        <w:rPr>
          <w:b w:val="0"/>
          <w:sz w:val="20"/>
        </w:rPr>
        <w:t>Le présent contrat est soumis au droit français.</w:t>
      </w:r>
    </w:p>
    <w:p>
      <w:r>
        <w:rPr>
          <w:b w:val="0"/>
          <w:sz w:val="20"/>
        </w:rPr>
        <w:t>Tout litige relatif à son interprétation ou exécution sera porté devant les tribunaux compétents du ressort du siège social du Mandant.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MANDANT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L’INTERMÉDIAIRE COMMERCIAL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https://jurid-entreprise.com/modele-de-contrat-d'intermediation-commerciale/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de-contrat-d'intermediation-commercial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