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CONTRAT D’ÉCHANGE DE SERVICES</w:t>
      </w:r>
    </w:p>
    <w:p/>
    <w:p>
      <w:r>
        <w:rPr>
          <w:b/>
          <w:sz w:val="20"/>
        </w:rPr>
        <w:t>Entre les soussignés :</w:t>
      </w:r>
    </w:p>
    <w:p>
      <w:r>
        <w:rPr>
          <w:b w:val="0"/>
          <w:sz w:val="20"/>
        </w:rPr>
        <w:t>Nom et Prénom/ Raison sociale du Prestataire n°1 : ______________________________________</w:t>
      </w:r>
    </w:p>
    <w:p>
      <w:r>
        <w:rPr>
          <w:b w:val="0"/>
          <w:sz w:val="20"/>
        </w:rPr>
        <w:t>Adresse : __________________________________________________________________________</w:t>
      </w:r>
    </w:p>
    <w:p>
      <w:r>
        <w:rPr>
          <w:b w:val="0"/>
          <w:sz w:val="20"/>
        </w:rPr>
        <w:t>Téléphone : _______________________________________________________________________</w:t>
      </w:r>
    </w:p>
    <w:p>
      <w:r>
        <w:rPr>
          <w:b w:val="0"/>
          <w:sz w:val="20"/>
        </w:rPr>
        <w:t>Adresse e-mail : ___________________________________________________________________</w:t>
      </w:r>
    </w:p>
    <w:p>
      <w:r>
        <w:rPr>
          <w:b w:val="0"/>
          <w:sz w:val="20"/>
        </w:rPr>
        <w:t>Représenté(e) par : _________________________________________________________________</w:t>
      </w:r>
    </w:p>
    <w:p/>
    <w:p>
      <w:r>
        <w:rPr>
          <w:b w:val="0"/>
          <w:sz w:val="20"/>
        </w:rPr>
        <w:t>Nom et Prénom/ Raison sociale du Prestataire n°2 : ______________________________________</w:t>
      </w:r>
    </w:p>
    <w:p>
      <w:r>
        <w:rPr>
          <w:b w:val="0"/>
          <w:sz w:val="20"/>
        </w:rPr>
        <w:t>Adresse : __________________________________________________________________________</w:t>
      </w:r>
    </w:p>
    <w:p>
      <w:r>
        <w:rPr>
          <w:b w:val="0"/>
          <w:sz w:val="20"/>
        </w:rPr>
        <w:t>Téléphone : _______________________________________________________________________</w:t>
      </w:r>
    </w:p>
    <w:p>
      <w:r>
        <w:rPr>
          <w:b w:val="0"/>
          <w:sz w:val="20"/>
        </w:rPr>
        <w:t>Adresse e-mail : ___________________________________________________________________</w:t>
      </w:r>
    </w:p>
    <w:p>
      <w:r>
        <w:rPr>
          <w:b w:val="0"/>
          <w:sz w:val="20"/>
        </w:rPr>
        <w:t>Représenté(e) par : _________________________________________________________________</w:t>
      </w:r>
    </w:p>
    <w:p/>
    <w:p>
      <w:r>
        <w:rPr>
          <w:b/>
          <w:sz w:val="20"/>
        </w:rPr>
        <w:t>Préambule</w:t>
      </w:r>
    </w:p>
    <w:p>
      <w:r>
        <w:rPr>
          <w:b w:val="0"/>
          <w:sz w:val="20"/>
        </w:rPr>
        <w:t>Les parties souhaitent conclure un contrat d’échange de services conformément aux dispositions du Code civil français, notamment les articles 1708 et suivants relatifs au contrat d’échange. Chaque partie s’engage à fournir à l’autre les prestations définies aux clauses suivantes, dans le respect des obligations légales et contractuelles.</w:t>
      </w:r>
    </w:p>
    <w:p/>
    <w:p>
      <w:r>
        <w:rPr>
          <w:b/>
          <w:sz w:val="20"/>
        </w:rPr>
        <w:t>Article 1 – Objet du contrat</w:t>
      </w:r>
    </w:p>
    <w:p>
      <w:r>
        <w:rPr>
          <w:b w:val="0"/>
          <w:sz w:val="20"/>
        </w:rPr>
        <w:t>Le présent contrat a pour objet la réalisation par chaque partie d’une prestation de service au profit de l’autre, en échange réciproque et équivalent, telle que définie ci-dessous dans les conditions convenues.</w:t>
      </w:r>
    </w:p>
    <w:p/>
    <w:p>
      <w:r>
        <w:rPr>
          <w:b/>
          <w:sz w:val="20"/>
        </w:rPr>
        <w:t>Article 2 – Description des prestations échangées</w:t>
      </w:r>
    </w:p>
    <w:p>
      <w:r>
        <w:rPr>
          <w:b w:val="0"/>
          <w:sz w:val="20"/>
        </w:rPr>
        <w:t>Prestations fournies par le Prestataire n°1 :</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Prestations fournies par le Prestataire n°2 :</w:t>
      </w:r>
    </w:p>
    <w:p>
      <w:r>
        <w:rPr>
          <w:b w:val="0"/>
          <w:sz w:val="20"/>
        </w:rPr>
        <w:t>____________________________________________________________________________________</w:t>
      </w:r>
    </w:p>
    <w:p>
      <w:r>
        <w:rPr>
          <w:b w:val="0"/>
          <w:sz w:val="20"/>
        </w:rPr>
        <w:t>____________________________________________________________________________________</w:t>
      </w:r>
    </w:p>
    <w:p/>
    <w:p>
      <w:r>
        <w:rPr>
          <w:b/>
          <w:sz w:val="20"/>
        </w:rPr>
        <w:t>Article 3 – Modalités d’exécution</w:t>
      </w:r>
    </w:p>
    <w:p>
      <w:r>
        <w:rPr>
          <w:b w:val="0"/>
          <w:sz w:val="20"/>
        </w:rPr>
        <w:t>Chaque partie s’engage à exécuter ses prestations conformément aux règles de l’art, dans les délais et conditions convenus entre elles. Les parties conviennent de coopérer de bonne foi et de s’informer mutuellement de tout élément susceptible d’affecter l’exécution des prestations.</w:t>
      </w:r>
    </w:p>
    <w:p/>
    <w:p>
      <w:r>
        <w:rPr>
          <w:b/>
          <w:sz w:val="20"/>
        </w:rPr>
        <w:t>Article 4 – Durée du contrat</w:t>
      </w:r>
    </w:p>
    <w:p>
      <w:r>
        <w:rPr>
          <w:b w:val="0"/>
          <w:sz w:val="20"/>
        </w:rPr>
        <w:t>Le présent contrat est conclu pour une durée de ____________________ à compter de sa signature. Il peut être renouvelé ou interrompu d’un commun accord entre les parties, sous réserve du respect des conditions de résiliation prévues à l’article 7.</w:t>
      </w:r>
    </w:p>
    <w:p/>
    <w:p>
      <w:r>
        <w:rPr>
          <w:b/>
          <w:sz w:val="20"/>
        </w:rPr>
        <w:t>Article 5 – Obligations des parties</w:t>
      </w:r>
    </w:p>
    <w:p>
      <w:r>
        <w:rPr>
          <w:b w:val="0"/>
          <w:sz w:val="20"/>
        </w:rPr>
        <w:t>Chacune des parties garantit la qualité et la conformité des prestations fournies. Elles s’engagent à respecter les normes applicables, ainsi que les règles de confidentialité et de protection des données personnelles éventuelles. Aucune des parties ne pourra transférer ses obligations ou droits sans l’accord préalable écrit de l’autre partie.</w:t>
      </w:r>
    </w:p>
    <w:p/>
    <w:p>
      <w:r>
        <w:rPr>
          <w:b/>
          <w:sz w:val="20"/>
        </w:rPr>
        <w:t>Article 6 – Responsabilité</w:t>
      </w:r>
    </w:p>
    <w:p>
      <w:r>
        <w:rPr>
          <w:b w:val="0"/>
          <w:sz w:val="20"/>
        </w:rPr>
        <w:t>Chaque partie est responsable des dommages causés à l’autre en cas de manquement à ses obligations contractuelles, dans les limites prévues par la loi. La responsabilité pour faute lourde ou dolosive reste entière. La présente répartition n’exclut pas les garanties légales prévues par le Code civil ou autres textes applicables.</w:t>
      </w:r>
    </w:p>
    <w:p/>
    <w:p>
      <w:r>
        <w:rPr>
          <w:b/>
          <w:sz w:val="20"/>
        </w:rPr>
        <w:t>Article 7 – Résiliation</w:t>
      </w:r>
    </w:p>
    <w:p>
      <w:r>
        <w:rPr>
          <w:b w:val="0"/>
          <w:sz w:val="20"/>
        </w:rPr>
        <w:t>Le contrat peut être résilié de plein droit par l’une ou l’autre des parties en cas d’inexécution grave ou répétée des obligations contractuelles, trente (30) jours après une mise en demeure restée infructueuse. La résiliation devra être notifiée par lettre recommandée avec accusé de réception.</w:t>
      </w:r>
    </w:p>
    <w:p/>
    <w:p>
      <w:r>
        <w:rPr>
          <w:b/>
          <w:sz w:val="20"/>
        </w:rPr>
        <w:t>Article 8 – Confidentialité</w:t>
      </w:r>
    </w:p>
    <w:p>
      <w:r>
        <w:rPr>
          <w:b w:val="0"/>
          <w:sz w:val="20"/>
        </w:rPr>
        <w:t>Les parties s’engagent à garder confidentielles toutes les informations échangées dans le cadre de l’exécution du présent contrat, sauf accord écrit contraire. Cette obligation subsiste pendant une durée de cinq (5) ans après la fin du présent contrat.</w:t>
      </w:r>
    </w:p>
    <w:p/>
    <w:p>
      <w:r>
        <w:rPr>
          <w:b/>
          <w:sz w:val="20"/>
        </w:rPr>
        <w:t>Article 9 – Propriété intellectuelle</w:t>
      </w:r>
    </w:p>
    <w:p>
      <w:r>
        <w:rPr>
          <w:b w:val="0"/>
          <w:sz w:val="20"/>
        </w:rPr>
        <w:t>Sauf disposition contraire expresse, chaque partie conserve la propriété exclusive de ses créations, marques, droits et savoir-faire antérieurs au présent contrat. Les éventuels résultats des prestations fournies pourront faire l’objet d’un accord écrit spécifique entre les parties.</w:t>
      </w:r>
    </w:p>
    <w:p/>
    <w:p>
      <w:r>
        <w:rPr>
          <w:b/>
          <w:sz w:val="20"/>
        </w:rPr>
        <w:t>Article 10 – Force majeure</w:t>
      </w:r>
    </w:p>
    <w:p>
      <w:r>
        <w:rPr>
          <w:b w:val="0"/>
          <w:sz w:val="20"/>
        </w:rPr>
        <w:t>Aucune des parties ne pourra être tenue responsable en cas de retard ou de non-exécution de ses obligations résultant d’un cas de force majeure au sens de la jurisprudence française. La partie concernée devra notifier l’autre partie dans les meilleurs délais et faire ses meilleurs efforts pour limiter les conséquences.</w:t>
      </w:r>
    </w:p>
    <w:p/>
    <w:p>
      <w:r>
        <w:rPr>
          <w:b/>
          <w:sz w:val="20"/>
        </w:rPr>
        <w:t>Article 11 – Litiges et droit applicable</w:t>
      </w:r>
    </w:p>
    <w:p>
      <w:r>
        <w:rPr>
          <w:b w:val="0"/>
          <w:sz w:val="20"/>
        </w:rPr>
        <w:t>Le présent contrat est soumis au droit français. En cas de différend relatif à son interprétation, son exécution ou sa validité, les parties s’efforceront de régler leur différend à l’amiable. À défaut d’accord, le litige sera porté devant les tribunaux compétents du ressort du domicile du défendeur ou du lieu d’exécution du contrat.</w:t>
      </w:r>
    </w:p>
    <w:p/>
    <w:p/>
    <w:p>
      <w:r>
        <w:rPr>
          <w:b w:val="0"/>
          <w:sz w:val="20"/>
        </w:rPr>
        <w:t>Lieu de signature : ________________________________________________________________</w:t>
      </w:r>
    </w:p>
    <w:p>
      <w:r>
        <w:rPr>
          <w:b w:val="0"/>
          <w:sz w:val="20"/>
        </w:rPr>
        <w:t>Date de signature :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PRESTATAIRE N°1</w:t>
            </w:r>
          </w:p>
        </w:tc>
        <w:tc>
          <w:tcPr>
            <w:tcW w:type="dxa" w:w="4986"/>
            <w:tcBorders>
              <w:top w:val="nil"/>
              <w:left w:val="nil"/>
              <w:bottom w:val="nil"/>
              <w:right w:val="nil"/>
              <w:insideH w:val="nil"/>
              <w:insideV w:val="nil"/>
            </w:tcBorders>
          </w:tcPr>
          <w:p>
            <w:pPr>
              <w:jc w:val="center"/>
            </w:pPr>
            <w:r>
              <w:t>PRESTATAIRE N°2</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https://jurid-entreprise.com/modele-de-contrat-d'echange-de-services/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de-contrat-d'echange-de-services/"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