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AVENANT AU CONTRAT DE PRESTATION DE SERVICES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Le Client : 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Le Prestataire : _____________________________________________________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</w:t>
      </w:r>
    </w:p>
    <w:p/>
    <w:p>
      <w:r>
        <w:rPr>
          <w:b/>
          <w:sz w:val="20"/>
        </w:rPr>
        <w:t>Préambule :</w:t>
      </w:r>
    </w:p>
    <w:p>
      <w:r>
        <w:rPr>
          <w:b w:val="0"/>
          <w:sz w:val="20"/>
        </w:rPr>
        <w:t>Le présent avenant a pour objet de modifier et compléter le contrat de prestation de services initial conclu entre les parties.</w:t>
      </w:r>
    </w:p>
    <w:p/>
    <w:p>
      <w:r>
        <w:rPr>
          <w:b/>
          <w:sz w:val="20"/>
        </w:rPr>
        <w:t>Article 1 – Objet de l’avenant</w:t>
      </w:r>
    </w:p>
    <w:p>
      <w:r>
        <w:rPr>
          <w:b w:val="0"/>
          <w:sz w:val="20"/>
        </w:rPr>
        <w:t>Le présent avenant a pour objet de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Article 2 – Modifications apportées au contrat initial</w:t>
      </w:r>
    </w:p>
    <w:p>
      <w:r>
        <w:rPr>
          <w:b w:val="0"/>
          <w:sz w:val="20"/>
        </w:rPr>
        <w:t>Les parties conviennent des modifications suivantes au contrat initial :</w:t>
      </w:r>
    </w:p>
    <w:p>
      <w:r>
        <w:rPr>
          <w:b w:val="0"/>
          <w:sz w:val="20"/>
        </w:rPr>
        <w:t>- Modification n°1 : _______________________________________________</w:t>
      </w:r>
    </w:p>
    <w:p>
      <w:r>
        <w:rPr>
          <w:b w:val="0"/>
          <w:sz w:val="20"/>
        </w:rPr>
        <w:t>- Modification n°2 : _______________________________________________</w:t>
      </w:r>
    </w:p>
    <w:p>
      <w:r>
        <w:rPr>
          <w:b w:val="0"/>
          <w:sz w:val="20"/>
        </w:rPr>
        <w:t>- Modification n°3 : _______________________________________________</w:t>
      </w:r>
    </w:p>
    <w:p/>
    <w:p>
      <w:r>
        <w:rPr>
          <w:b/>
          <w:sz w:val="20"/>
        </w:rPr>
        <w:t>Article 3 – Durée de l’avenant</w:t>
      </w:r>
    </w:p>
    <w:p>
      <w:r>
        <w:rPr>
          <w:b w:val="0"/>
          <w:sz w:val="20"/>
        </w:rPr>
        <w:t>Le présent avenant prend effet à compter de sa signature par les parties et s’applique pour la durée suivante :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Article 4 – Conditions financières</w:t>
      </w:r>
    </w:p>
    <w:p>
      <w:r>
        <w:rPr>
          <w:b w:val="0"/>
          <w:sz w:val="20"/>
        </w:rPr>
        <w:t>Les conditions financières du contrat initial sont modifiées comme suit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Article 5 – Obligations des parties</w:t>
      </w:r>
    </w:p>
    <w:p>
      <w:r>
        <w:rPr>
          <w:b w:val="0"/>
          <w:sz w:val="20"/>
        </w:rPr>
        <w:t>Les obligations des parties sont celles définies dans le contrat initial, sous réserve des modifications apportées par le présent avenant.</w:t>
      </w:r>
    </w:p>
    <w:p/>
    <w:p>
      <w:r>
        <w:rPr>
          <w:b/>
          <w:sz w:val="20"/>
        </w:rPr>
        <w:t>Article 6 – Confidentialité</w:t>
      </w:r>
    </w:p>
    <w:p>
      <w:r>
        <w:rPr>
          <w:b w:val="0"/>
          <w:sz w:val="20"/>
        </w:rPr>
        <w:t>Les parties s’engagent à respecter la confidentialité des informations échangées dans le cadre du présent avenant conformément aux dispositions du contrat initial.</w:t>
      </w:r>
    </w:p>
    <w:p/>
    <w:p>
      <w:r>
        <w:rPr>
          <w:b/>
          <w:sz w:val="20"/>
        </w:rPr>
        <w:t>Article 7 – Résiliation</w:t>
      </w:r>
    </w:p>
    <w:p>
      <w:r>
        <w:rPr>
          <w:b w:val="0"/>
          <w:sz w:val="20"/>
        </w:rPr>
        <w:t>Les conditions de résiliation du contrat initial demeurent applicables au présent avenant.</w:t>
      </w:r>
    </w:p>
    <w:p/>
    <w:p>
      <w:r>
        <w:rPr>
          <w:b/>
          <w:sz w:val="20"/>
        </w:rPr>
        <w:t>Article 8 – Dispositions diverses</w:t>
      </w:r>
    </w:p>
    <w:p>
      <w:r>
        <w:rPr>
          <w:b w:val="0"/>
          <w:sz w:val="20"/>
        </w:rPr>
        <w:t>Toutes les autres clauses du contrat initial non modifiées par le présent avenant demeurent en vigueur.</w:t>
      </w:r>
    </w:p>
    <w:p/>
    <w:p/>
    <w:p>
      <w:r>
        <w:rPr>
          <w:b w:val="0"/>
          <w:sz w:val="20"/>
        </w:rPr>
        <w:t>Lieu de signature : _________________________________________________</w:t>
      </w:r>
    </w:p>
    <w:p>
      <w:r>
        <w:rPr>
          <w:b w:val="0"/>
          <w:sz w:val="20"/>
        </w:rPr>
        <w:t>Date de signature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CLIENT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PRESTATAIRE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https://jurid-entreprise.com/modele-d'avenant-a-un-contrat-de-prestation-de-services/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d'avenant-a-un-contrat-de-prestation-de-services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