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MODELE DE COURRIER - DEMANDE D'ÉCHÉANCIER TVA</w:t>
      </w:r>
    </w:p>
    <w:p/>
    <w:p/>
    <w:p>
      <w:r>
        <w:rPr>
          <w:b w:val="0"/>
          <w:sz w:val="20"/>
        </w:rPr>
        <w:t>Nom / Société : ____________________________________________________</w:t>
      </w:r>
    </w:p>
    <w:p>
      <w:r>
        <w:rPr>
          <w:b w:val="0"/>
          <w:sz w:val="20"/>
        </w:rPr>
        <w:t>Adresse : __________________________________________________________</w:t>
      </w:r>
    </w:p>
    <w:p>
      <w:r>
        <w:rPr>
          <w:b w:val="0"/>
          <w:sz w:val="20"/>
        </w:rPr>
        <w:t>Code postal / Ville : _______________________________________________</w:t>
      </w:r>
    </w:p>
    <w:p>
      <w:r>
        <w:rPr>
          <w:b w:val="0"/>
          <w:sz w:val="20"/>
        </w:rPr>
        <w:t>Numéro de téléphone : _______________________________________________</w:t>
      </w:r>
    </w:p>
    <w:p>
      <w:r>
        <w:rPr>
          <w:b w:val="0"/>
          <w:sz w:val="20"/>
        </w:rPr>
        <w:t>Numéro de SIRET : _________________________________________________</w:t>
      </w:r>
    </w:p>
    <w:p/>
    <w:p/>
    <w:p>
      <w:r>
        <w:rPr>
          <w:b w:val="0"/>
          <w:sz w:val="20"/>
        </w:rPr>
        <w:t>Service des Impôts des Entreprises</w:t>
      </w:r>
    </w:p>
    <w:p>
      <w:r>
        <w:rPr>
          <w:b w:val="0"/>
          <w:sz w:val="20"/>
        </w:rPr>
        <w:t>Adresse : __________________________________________________________</w:t>
      </w:r>
    </w:p>
    <w:p>
      <w:r>
        <w:rPr>
          <w:b w:val="0"/>
          <w:sz w:val="20"/>
        </w:rPr>
        <w:t>Code postal / Ville : _______________________________________________</w:t>
      </w:r>
    </w:p>
    <w:p/>
    <w:p/>
    <w:p>
      <w:r>
        <w:rPr>
          <w:b/>
          <w:sz w:val="20"/>
        </w:rPr>
        <w:t>Objet : Demande d’échéancier de paiement pour TVA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vous contacte en ma qualité de contribuable redevable de la Taxe sur la Valeur Ajoutée (TVA) enregistrée sous le numéro SIRET indiqué ci-dessus.</w:t>
      </w:r>
    </w:p>
    <w:p/>
    <w:p>
      <w:r>
        <w:rPr>
          <w:b w:val="0"/>
          <w:sz w:val="20"/>
        </w:rPr>
        <w:t>En raison de difficultés temporaires rencontrées dans la gestion de ma trésorerie, je souhaite solliciter la mise en place d’un échéancier afin de régler les montants de TVA dus.</w:t>
      </w:r>
    </w:p>
    <w:p/>
    <w:p>
      <w:r>
        <w:rPr>
          <w:b w:val="0"/>
          <w:sz w:val="20"/>
        </w:rPr>
        <w:t>Conformément aux dispositions prévues par l’article L. 247-1 du Livre des procédures fiscales, je vous propose un plan de paiement échelonné selon les modalités suivantes :</w:t>
      </w:r>
    </w:p>
    <w:p/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Échéance</w:t>
            </w:r>
          </w:p>
        </w:tc>
        <w:tc>
          <w:tcPr>
            <w:tcW w:type="dxa" w:w="4986"/>
          </w:tcPr>
          <w:p>
            <w:r>
              <w:t>Montant (en euros)</w:t>
            </w:r>
          </w:p>
        </w:tc>
      </w:tr>
      <w:tr>
        <w:tc>
          <w:tcPr>
            <w:tcW w:type="dxa" w:w="4986"/>
          </w:tcPr>
          <w:p>
            <w:r>
              <w:t>1ère échéance :</w:t>
            </w:r>
          </w:p>
        </w:tc>
        <w:tc>
          <w:tcPr>
            <w:tcW w:type="dxa" w:w="4986"/>
          </w:tcPr>
          <w:p>
            <w:r>
              <w:t>_____________________</w:t>
            </w:r>
          </w:p>
        </w:tc>
      </w:tr>
      <w:tr>
        <w:tc>
          <w:tcPr>
            <w:tcW w:type="dxa" w:w="4986"/>
          </w:tcPr>
          <w:p>
            <w:r>
              <w:t>2ème échéance :</w:t>
            </w:r>
          </w:p>
        </w:tc>
        <w:tc>
          <w:tcPr>
            <w:tcW w:type="dxa" w:w="4986"/>
          </w:tcPr>
          <w:p>
            <w:r>
              <w:t>_____________________</w:t>
            </w:r>
          </w:p>
        </w:tc>
      </w:tr>
      <w:tr>
        <w:tc>
          <w:tcPr>
            <w:tcW w:type="dxa" w:w="4986"/>
          </w:tcPr>
          <w:p>
            <w:r>
              <w:t>3ème échéance :</w:t>
            </w:r>
          </w:p>
        </w:tc>
        <w:tc>
          <w:tcPr>
            <w:tcW w:type="dxa" w:w="4986"/>
          </w:tcPr>
          <w:p>
            <w:r>
              <w:t>_____________________</w:t>
            </w:r>
          </w:p>
        </w:tc>
      </w:tr>
      <w:tr>
        <w:tc>
          <w:tcPr>
            <w:tcW w:type="dxa" w:w="4986"/>
          </w:tcPr>
          <w:p>
            <w:r>
              <w:t>4ème échéance :</w:t>
            </w:r>
          </w:p>
        </w:tc>
        <w:tc>
          <w:tcPr>
            <w:tcW w:type="dxa" w:w="4986"/>
          </w:tcPr>
          <w:p>
            <w:r>
              <w:t>_____________________</w:t>
            </w:r>
          </w:p>
        </w:tc>
      </w:tr>
    </w:tbl>
    <w:p/>
    <w:p/>
    <w:p>
      <w:r>
        <w:rPr>
          <w:b w:val="0"/>
          <w:sz w:val="20"/>
        </w:rPr>
        <w:t>Je m’engage à respecter scrupuleusement les échéances ainsi définies et à régler les sommes correspondantes dans les délais impartis.</w:t>
      </w:r>
    </w:p>
    <w:p/>
    <w:p>
      <w:r>
        <w:rPr>
          <w:b w:val="0"/>
          <w:sz w:val="20"/>
        </w:rPr>
        <w:t>Dans l’attente de votre accord et restant à votre disposition pour tout renseignement complémentaire ou pièce justificative, je vous prie d’agréer, Madame, Monsieur, l’expression de mes salutations distinguées.</w:t>
      </w:r>
    </w:p>
    <w:p/>
    <w:p/>
    <w:p/>
    <w:p>
      <w:r>
        <w:rPr>
          <w:b w:val="0"/>
          <w:sz w:val="20"/>
        </w:rPr>
        <w:t>Signature :</w:t>
      </w:r>
    </w:p>
    <w:p/>
    <w:p/>
    <w:p>
      <w:r>
        <w:rPr>
          <w:b/>
          <w:sz w:val="20"/>
        </w:rPr>
        <w:t>Pièces jointes :</w:t>
      </w:r>
    </w:p>
    <w:p>
      <w:r>
        <w:rPr>
          <w:b w:val="0"/>
          <w:sz w:val="20"/>
        </w:rPr>
        <w:t>- Dernier avis d’imposition de TVA</w:t>
      </w:r>
    </w:p>
    <w:p>
      <w:r>
        <w:rPr>
          <w:b w:val="0"/>
          <w:sz w:val="20"/>
        </w:rPr>
        <w:t>- Justificatifs de trésorerie (le cas échéant)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Fait à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Le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 : 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https://jurid-entreprise.com/modele-courrier-demande-echeancier-tva/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modele-courrier-demande-echeancier-tva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