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 DE PRESTATION DE SERVICES MARKETING DIGITAL</w:t>
      </w:r>
    </w:p>
    <w:p/>
    <w:p>
      <w:r>
        <w:rPr>
          <w:b w:val="0"/>
          <w:sz w:val="20"/>
        </w:rPr>
        <w:t>Lieu : ____________________________    Date : ____________________________</w:t>
      </w:r>
    </w:p>
    <w:p/>
    <w:p>
      <w:r>
        <w:rPr>
          <w:b/>
          <w:sz w:val="20"/>
        </w:rPr>
        <w:t>Données du Prestataire :</w:t>
      </w:r>
    </w:p>
    <w:p>
      <w:r>
        <w:rPr>
          <w:b w:val="0"/>
          <w:sz w:val="20"/>
        </w:rPr>
        <w:t>Nom de l’entreprise : ________________________________________________</w:t>
      </w:r>
    </w:p>
    <w:p>
      <w:r>
        <w:rPr>
          <w:b w:val="0"/>
          <w:sz w:val="20"/>
        </w:rPr>
        <w:t>Représentant légal : _________________________________________________</w:t>
      </w:r>
    </w:p>
    <w:p>
      <w:r>
        <w:rPr>
          <w:b w:val="0"/>
          <w:sz w:val="20"/>
        </w:rPr>
        <w:t>Adresse : ___________________________________________________________</w:t>
      </w:r>
    </w:p>
    <w:p>
      <w:r>
        <w:rPr>
          <w:b w:val="0"/>
          <w:sz w:val="20"/>
        </w:rPr>
        <w:t>SIRET : _____________________________________________________________</w:t>
      </w:r>
    </w:p>
    <w:p>
      <w:r>
        <w:rPr>
          <w:b w:val="0"/>
          <w:sz w:val="20"/>
        </w:rPr>
        <w:t>Téléphone : _________________________________________________________</w:t>
      </w:r>
    </w:p>
    <w:p>
      <w:r>
        <w:rPr>
          <w:b w:val="0"/>
          <w:sz w:val="20"/>
        </w:rPr>
        <w:t>Email : _____________________________________________________________</w:t>
      </w:r>
    </w:p>
    <w:p/>
    <w:p>
      <w:r>
        <w:rPr>
          <w:b/>
          <w:sz w:val="20"/>
        </w:rPr>
        <w:t>Données du Client :</w:t>
      </w:r>
    </w:p>
    <w:p>
      <w:r>
        <w:rPr>
          <w:b w:val="0"/>
          <w:sz w:val="20"/>
        </w:rPr>
        <w:t>Nom de l’entreprise : ________________________________________________</w:t>
      </w:r>
    </w:p>
    <w:p>
      <w:r>
        <w:rPr>
          <w:b w:val="0"/>
          <w:sz w:val="20"/>
        </w:rPr>
        <w:t>Représentant légal : _________________________________________________</w:t>
      </w:r>
    </w:p>
    <w:p>
      <w:r>
        <w:rPr>
          <w:b w:val="0"/>
          <w:sz w:val="20"/>
        </w:rPr>
        <w:t>Adresse : ___________________________________________________________</w:t>
      </w:r>
    </w:p>
    <w:p>
      <w:r>
        <w:rPr>
          <w:b w:val="0"/>
          <w:sz w:val="20"/>
        </w:rPr>
        <w:t>SIRET : _____________________________________________________________</w:t>
      </w:r>
    </w:p>
    <w:p>
      <w:r>
        <w:rPr>
          <w:b w:val="0"/>
          <w:sz w:val="20"/>
        </w:rPr>
        <w:t>Téléphone : _________________________________________________________</w:t>
      </w:r>
    </w:p>
    <w:p>
      <w:r>
        <w:rPr>
          <w:b w:val="0"/>
          <w:sz w:val="20"/>
        </w:rPr>
        <w:t>Email : _____________________________________________________________</w:t>
      </w:r>
    </w:p>
    <w:p/>
    <w:p>
      <w:r>
        <w:rPr>
          <w:b/>
          <w:sz w:val="20"/>
        </w:rPr>
        <w:t>Article 1 – Objet du contrat</w:t>
      </w:r>
    </w:p>
    <w:p>
      <w:r>
        <w:rPr>
          <w:b w:val="0"/>
          <w:sz w:val="20"/>
        </w:rPr>
        <w:t>Le présent contrat a pour objet la prestation de services marketing digital fournie par le Prestataire au Client, conformément aux modalités définies ci-après. Le Prestataire s’engage à fournir des prestations personnalisées en matière de stratégie digitale, création de contenus, gestion de campagnes publicitaires, référencement naturel (SEO), gestion des réseaux sociaux, et autres actions marketing convenues entre les parties.</w:t>
      </w:r>
    </w:p>
    <w:p/>
    <w:p>
      <w:r>
        <w:rPr>
          <w:b/>
          <w:sz w:val="20"/>
        </w:rPr>
        <w:t>Article 2 – Durée du contrat</w:t>
      </w:r>
    </w:p>
    <w:p>
      <w:r>
        <w:rPr>
          <w:b w:val="0"/>
          <w:sz w:val="20"/>
        </w:rPr>
        <w:t>Le présent contrat est conclu pour une durée de __________ mois à compter de sa signature. Il pourra être renouvelé par tacite reconduction sauf dénonciation par l’une des parties par lettre recommandée avec accusé de réception, envoyée au moins un mois avant la date d’échéance.</w:t>
      </w:r>
    </w:p>
    <w:p/>
    <w:p>
      <w:r>
        <w:rPr>
          <w:b/>
          <w:sz w:val="20"/>
        </w:rPr>
        <w:t>Article 3 – Obligations du Prestataire</w:t>
      </w:r>
    </w:p>
    <w:p>
      <w:r>
        <w:rPr>
          <w:b w:val="0"/>
          <w:sz w:val="20"/>
        </w:rPr>
        <w:t>Le Prestataire s’engage à réaliser les prestations conformément aux règles de l’art et aux bonnes pratiques professionnelles. Il devra fournir un compte rendu régulier de l’avancement des actions, respecter les délais convenus, et informer le Client de toute difficulté rencontrée susceptible d’affecter l’exécution des prestations. Le Prestataire garantit la confidentialité des informations communiquées par le Client.</w:t>
      </w:r>
    </w:p>
    <w:p/>
    <w:p>
      <w:r>
        <w:rPr>
          <w:b/>
          <w:sz w:val="20"/>
        </w:rPr>
        <w:t>Article 4 – Obligations du Client</w:t>
      </w:r>
    </w:p>
    <w:p>
      <w:r>
        <w:rPr>
          <w:b w:val="0"/>
          <w:sz w:val="20"/>
        </w:rPr>
        <w:t>Le Client s’engage à fournir au Prestataire toutes les informations, documents et accès nécessaires à la réalisation des prestations. Il s’engage également à valider en temps utile les livrables et à régler les sommes dues conformément aux modalités définies au présent contrat.</w:t>
      </w:r>
    </w:p>
    <w:p/>
    <w:p>
      <w:r>
        <w:rPr>
          <w:b/>
          <w:sz w:val="20"/>
        </w:rPr>
        <w:t>Article 5 – Propriété intellectuelle</w:t>
      </w:r>
    </w:p>
    <w:p>
      <w:r>
        <w:rPr>
          <w:b w:val="0"/>
          <w:sz w:val="20"/>
        </w:rPr>
        <w:t>Le Prestataire conserve la propriété intellectuelle de l’ensemble des créations, outils, méthodes et savoir-faire utilisés ou développés dans le cadre des prestations, sauf disposition contraire expressément convenue. Le Client bénéficie d’un droit d’utilisation strictement personnel et non cessible sur les livrables remis pour la durée du contrat. Toute reproduction ou modification est interdite sans accord préalable écrit du Prestataire.</w:t>
      </w:r>
    </w:p>
    <w:p/>
    <w:p>
      <w:r>
        <w:rPr>
          <w:b/>
          <w:sz w:val="20"/>
        </w:rPr>
        <w:t>Article 6 – Prix et modalités de paiement</w:t>
      </w:r>
    </w:p>
    <w:p>
      <w:r>
        <w:rPr>
          <w:b w:val="0"/>
          <w:sz w:val="20"/>
        </w:rPr>
        <w:t>Le prix des prestations est fixé à la somme de __________ EUR hors taxes, payable selon les modalités suivantes :</w:t>
      </w:r>
    </w:p>
    <w:p>
      <w:r>
        <w:rPr>
          <w:b w:val="0"/>
          <w:sz w:val="20"/>
        </w:rPr>
        <w:t>- Versement d’un acompte de __________ EUR à la signature du contrat</w:t>
      </w:r>
    </w:p>
    <w:p>
      <w:r>
        <w:rPr>
          <w:b w:val="0"/>
          <w:sz w:val="20"/>
        </w:rPr>
        <w:t>- Solde à réception de la facture, payable sous _______ jours</w:t>
      </w:r>
    </w:p>
    <w:p>
      <w:r>
        <w:rPr>
          <w:b w:val="0"/>
          <w:sz w:val="20"/>
        </w:rPr>
        <w:t>En cas de retard de paiement, des pénalités seront appliquées conformément à la législation en vigueur.</w:t>
      </w:r>
    </w:p>
    <w:p/>
    <w:p>
      <w:r>
        <w:rPr>
          <w:b/>
          <w:sz w:val="20"/>
        </w:rPr>
        <w:t>Article 7 – Responsabilité</w:t>
      </w:r>
    </w:p>
    <w:p>
      <w:r>
        <w:rPr>
          <w:b w:val="0"/>
          <w:sz w:val="20"/>
        </w:rPr>
        <w:t>Le Prestataire est tenu à une obligation de moyens et ne saurait être tenu responsable des conséquences directes ou indirectes d’une mauvaise utilisation des prestations par le Client, ni des résultats attendus qui dépendent de multiples facteurs hors de son contrôle. La responsabilité du Prestataire est limitée au montant total des sommes versées au titre du présent contrat.</w:t>
      </w:r>
    </w:p>
    <w:p/>
    <w:p>
      <w:r>
        <w:rPr>
          <w:b/>
          <w:sz w:val="20"/>
        </w:rPr>
        <w:t>Article 8 – Confidentialité</w:t>
      </w:r>
    </w:p>
    <w:p>
      <w:r>
        <w:rPr>
          <w:b w:val="0"/>
          <w:sz w:val="20"/>
        </w:rPr>
        <w:t>Chaque partie s’engage à garder strictement confidentielles les informations et documents de nature confidentielle communiqués dans le cadre de l’exécution du contrat, et à ne les utiliser que dans le cadre de ce dernier.</w:t>
      </w:r>
    </w:p>
    <w:p/>
    <w:p>
      <w:r>
        <w:rPr>
          <w:b/>
          <w:sz w:val="20"/>
        </w:rPr>
        <w:t>Article 9 – Résiliation</w:t>
      </w:r>
    </w:p>
    <w:p>
      <w:r>
        <w:rPr>
          <w:b w:val="0"/>
          <w:sz w:val="20"/>
        </w:rPr>
        <w:t>En cas d’inexécution grave par l’une des parties de ses obligations contractuelles, le présent contrat pourra être résilié de plein droit après mise en demeure restée sans effet pendant un délai de 30 jours. La résiliation n’exonère pas le Client du paiement des prestations déjà réalisées.</w:t>
      </w:r>
    </w:p>
    <w:p/>
    <w:p>
      <w:r>
        <w:rPr>
          <w:b/>
          <w:sz w:val="20"/>
        </w:rPr>
        <w:t>Article 10 – Force majeure</w:t>
      </w:r>
    </w:p>
    <w:p>
      <w:r>
        <w:rPr>
          <w:b w:val="0"/>
          <w:sz w:val="20"/>
        </w:rPr>
        <w:t>Aucune des parties ne pourra être tenue responsable en cas de non-exécution ou de retard dans l’exécution de ses obligations si cela résulte d’un cas de force majeure conformément à la jurisprudence française. La partie concernée devra informer l’autre partie dans les meilleurs délais.</w:t>
      </w:r>
    </w:p>
    <w:p/>
    <w:p>
      <w:r>
        <w:rPr>
          <w:b/>
          <w:sz w:val="20"/>
        </w:rPr>
        <w:t>Article 11 – Loi applicable et juridiction compétente</w:t>
      </w:r>
    </w:p>
    <w:p>
      <w:r>
        <w:rPr>
          <w:b w:val="0"/>
          <w:sz w:val="20"/>
        </w:rPr>
        <w:t>Le présent contrat est soumis au droit français. Tout différend relatif à sa validité, son interprétation ou son exécution sera soumis aux tribunaux compétents dans le ressort de la Cour d’Appel du siège du Prestataire, sauf règles d’ordre public contraires.</w:t>
      </w:r>
    </w:p>
    <w:p/>
    <w:p/>
    <w:p>
      <w:r>
        <w:rPr>
          <w:b w:val="0"/>
          <w:sz w:val="20"/>
        </w:rPr>
        <w:t>Lieu et date de la signature :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PRESTATAIRE</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https://jurid-entreprise.com/modele-contrat-marketing-digital/</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modele-contrat-marketing-digital/"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