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PRESTATION DE SERVICES FREELANCE</w:t>
      </w:r>
    </w:p>
    <w:p/>
    <w:p>
      <w:r>
        <w:rPr>
          <w:b/>
          <w:sz w:val="20"/>
        </w:rPr>
        <w:t>Entre les soussignés :</w:t>
      </w:r>
    </w:p>
    <w:p>
      <w:r>
        <w:rPr>
          <w:b/>
          <w:sz w:val="20"/>
        </w:rPr>
        <w:t>Le Client :</w:t>
      </w:r>
    </w:p>
    <w:p>
      <w:r>
        <w:rPr>
          <w:b w:val="0"/>
          <w:sz w:val="20"/>
        </w:rPr>
        <w:t>Nom / Raison sociale : _____________________________________________</w:t>
      </w:r>
    </w:p>
    <w:p>
      <w:r>
        <w:rPr>
          <w:b w:val="0"/>
          <w:sz w:val="20"/>
        </w:rPr>
        <w:t>Adresse : _________________________________________________________</w:t>
      </w:r>
    </w:p>
    <w:p>
      <w:r>
        <w:rPr>
          <w:b w:val="0"/>
          <w:sz w:val="20"/>
        </w:rPr>
        <w:t>Représenté par : _________________________________________________</w:t>
      </w:r>
    </w:p>
    <w:p>
      <w:r>
        <w:rPr>
          <w:b w:val="0"/>
          <w:sz w:val="20"/>
        </w:rPr>
        <w:t>Téléphone : ______________________________________________________</w:t>
      </w:r>
    </w:p>
    <w:p>
      <w:r>
        <w:rPr>
          <w:b w:val="0"/>
          <w:sz w:val="20"/>
        </w:rPr>
        <w:t>Email : __________________________________________________________</w:t>
      </w:r>
    </w:p>
    <w:p/>
    <w:p>
      <w:r>
        <w:rPr>
          <w:b/>
          <w:sz w:val="20"/>
        </w:rPr>
        <w:t>Le Prestataire (Freelance) :</w:t>
      </w:r>
    </w:p>
    <w:p>
      <w:r>
        <w:rPr>
          <w:b w:val="0"/>
          <w:sz w:val="20"/>
        </w:rPr>
        <w:t>Nom et Prénom : _________________________________________________</w:t>
      </w:r>
    </w:p>
    <w:p>
      <w:r>
        <w:rPr>
          <w:b w:val="0"/>
          <w:sz w:val="20"/>
        </w:rPr>
        <w:t>Adresse : _________________________________________________________</w:t>
      </w:r>
    </w:p>
    <w:p>
      <w:r>
        <w:rPr>
          <w:b w:val="0"/>
          <w:sz w:val="20"/>
        </w:rPr>
        <w:t>Téléphone : ______________________________________________________</w:t>
      </w:r>
    </w:p>
    <w:p>
      <w:r>
        <w:rPr>
          <w:b w:val="0"/>
          <w:sz w:val="20"/>
        </w:rPr>
        <w:t>Email : __________________________________________________________</w:t>
      </w:r>
    </w:p>
    <w:p>
      <w:r>
        <w:rPr>
          <w:b w:val="0"/>
          <w:sz w:val="20"/>
        </w:rPr>
        <w:t>SIRET / Identifiant professionnel : ________________________________</w:t>
      </w:r>
    </w:p>
    <w:p/>
    <w:p>
      <w:r>
        <w:rPr>
          <w:b/>
          <w:sz w:val="20"/>
        </w:rPr>
        <w:t>Article 1 – Objet du contrat</w:t>
      </w:r>
    </w:p>
    <w:p>
      <w:r>
        <w:rPr>
          <w:b w:val="0"/>
          <w:sz w:val="20"/>
        </w:rPr>
        <w:t>Le présent contrat a pour objet la réalisation par le Prestataire, à la demande du Client, des prestations de services définies ci-après, dans le cadre de son activité indépendante.</w:t>
      </w:r>
    </w:p>
    <w:p/>
    <w:p>
      <w:r>
        <w:rPr>
          <w:b/>
          <w:sz w:val="20"/>
        </w:rPr>
        <w:t>Article 2 – Description des prestations</w:t>
      </w:r>
    </w:p>
    <w:p>
      <w:r>
        <w:rPr>
          <w:b w:val="0"/>
          <w:sz w:val="20"/>
        </w:rPr>
        <w:t>Le Prestataire s’engage à réaliser les prestations suivantes :</w:t>
      </w:r>
    </w:p>
    <w:p>
      <w:r>
        <w:rPr>
          <w:b w:val="0"/>
          <w:sz w:val="20"/>
        </w:rPr>
        <w:t>- _________________________________________________________________</w:t>
      </w:r>
    </w:p>
    <w:p>
      <w:r>
        <w:rPr>
          <w:b w:val="0"/>
          <w:sz w:val="20"/>
        </w:rPr>
        <w:t>- _________________________________________________________________</w:t>
      </w:r>
    </w:p>
    <w:p>
      <w:r>
        <w:rPr>
          <w:b w:val="0"/>
          <w:sz w:val="20"/>
        </w:rPr>
        <w:t>- _________________________________________________________________</w:t>
      </w:r>
    </w:p>
    <w:p/>
    <w:p>
      <w:r>
        <w:rPr>
          <w:b/>
          <w:sz w:val="20"/>
        </w:rPr>
        <w:t>Article 3 – Durée</w:t>
      </w:r>
    </w:p>
    <w:p>
      <w:r>
        <w:rPr>
          <w:b w:val="0"/>
          <w:sz w:val="20"/>
        </w:rPr>
        <w:t>Le présent contrat est conclu pour une durée indéterminée / déterminée de ______ mois, à compter de la signature. Chaque partie pourra y mettre fin sous réserve du respect d’un préavis écrit de ______ jours.</w:t>
      </w:r>
    </w:p>
    <w:p/>
    <w:p>
      <w:r>
        <w:rPr>
          <w:b/>
          <w:sz w:val="20"/>
        </w:rPr>
        <w:t>Article 4 – Modalités d'exécution</w:t>
      </w:r>
    </w:p>
    <w:p>
      <w:r>
        <w:rPr>
          <w:b w:val="0"/>
          <w:sz w:val="20"/>
        </w:rPr>
        <w:t>Le Prestataire exécutera sa mission en toute autonomie, à distance ou sur le site du Client selon accord. Le Prestataire s’engage à fournir des prestations conformes aux règles de l’art et à respecter les délais convenus.</w:t>
      </w:r>
    </w:p>
    <w:p/>
    <w:p>
      <w:r>
        <w:rPr>
          <w:b/>
          <w:sz w:val="20"/>
        </w:rPr>
        <w:t>Article 5 – Obligations du Prestataire</w:t>
      </w:r>
    </w:p>
    <w:p>
      <w:r>
        <w:rPr>
          <w:b w:val="0"/>
          <w:sz w:val="20"/>
        </w:rPr>
        <w:t>Le Prestataire s’engage à :</w:t>
      </w:r>
    </w:p>
    <w:p>
      <w:r>
        <w:rPr>
          <w:b w:val="0"/>
          <w:sz w:val="20"/>
        </w:rPr>
        <w:t>- Exécuter personnellement les prestations convenues ;</w:t>
      </w:r>
    </w:p>
    <w:p>
      <w:r>
        <w:rPr>
          <w:b w:val="0"/>
          <w:sz w:val="20"/>
        </w:rPr>
        <w:t>- Respecter la confidentialité des informations reçues ;</w:t>
      </w:r>
    </w:p>
    <w:p>
      <w:r>
        <w:rPr>
          <w:b w:val="0"/>
          <w:sz w:val="20"/>
        </w:rPr>
        <w:t>- Informer régulièrement le Client de l’avancement des travaux.</w:t>
      </w:r>
    </w:p>
    <w:p/>
    <w:p>
      <w:r>
        <w:rPr>
          <w:b/>
          <w:sz w:val="20"/>
        </w:rPr>
        <w:t>Article 6 – Obligations du Client</w:t>
      </w:r>
    </w:p>
    <w:p>
      <w:r>
        <w:rPr>
          <w:b w:val="0"/>
          <w:sz w:val="20"/>
        </w:rPr>
        <w:t>Le Client s’engage à :</w:t>
      </w:r>
    </w:p>
    <w:p>
      <w:r>
        <w:rPr>
          <w:b w:val="0"/>
          <w:sz w:val="20"/>
        </w:rPr>
        <w:t>- Fournir au Prestataire tous les documents, informations et moyens nécessaires à la bonne exécution de la mission ;</w:t>
      </w:r>
    </w:p>
    <w:p>
      <w:r>
        <w:rPr>
          <w:b w:val="0"/>
          <w:sz w:val="20"/>
        </w:rPr>
        <w:t>- Régler les factures dans les délais convenus ;</w:t>
      </w:r>
    </w:p>
    <w:p>
      <w:r>
        <w:rPr>
          <w:b w:val="0"/>
          <w:sz w:val="20"/>
        </w:rPr>
        <w:t>- Collaborer activement à la réalisation des prestations.</w:t>
      </w:r>
    </w:p>
    <w:p/>
    <w:p>
      <w:r>
        <w:rPr>
          <w:b/>
          <w:sz w:val="20"/>
        </w:rPr>
        <w:t>Article 7 – Prix et modalités de paiement</w:t>
      </w:r>
    </w:p>
    <w:p>
      <w:r>
        <w:rPr>
          <w:b w:val="0"/>
          <w:sz w:val="20"/>
        </w:rPr>
        <w:t>Le prix des prestations est fixé à : _______________________ EUR (hors taxes).</w:t>
      </w:r>
    </w:p>
    <w:p>
      <w:r>
        <w:rPr>
          <w:b w:val="0"/>
          <w:sz w:val="20"/>
        </w:rPr>
        <w:t>Le paiement s’effectuera selon les modalités suivantes :</w:t>
      </w:r>
    </w:p>
    <w:p>
      <w:r>
        <w:rPr>
          <w:b w:val="0"/>
          <w:sz w:val="20"/>
        </w:rPr>
        <w:t>- Paiement à la commande / à la livraison / mensuel / autre : __________________________</w:t>
      </w:r>
    </w:p>
    <w:p>
      <w:r>
        <w:rPr>
          <w:b w:val="0"/>
          <w:sz w:val="20"/>
        </w:rPr>
        <w:t>- Mode de paiement : _________________________________</w:t>
      </w:r>
    </w:p>
    <w:p>
      <w:r>
        <w:rPr>
          <w:b w:val="0"/>
          <w:sz w:val="20"/>
        </w:rPr>
        <w:t>Les factures seront payables à réception, sans escompte.</w:t>
      </w:r>
    </w:p>
    <w:p/>
    <w:p>
      <w:r>
        <w:rPr>
          <w:b/>
          <w:sz w:val="20"/>
        </w:rPr>
        <w:t>Article 8 – Propriété intellectuelle</w:t>
      </w:r>
    </w:p>
    <w:p>
      <w:r>
        <w:rPr>
          <w:b w:val="0"/>
          <w:sz w:val="20"/>
        </w:rPr>
        <w:t>Sauf disposition contraire, les droits de propriété intellectuelle afférents aux travaux réalisés par le Prestataire dans le cadre du présent contrat demeurent la propriété exclusive du Prestataire jusqu’au paiement intégral.</w:t>
      </w:r>
    </w:p>
    <w:p/>
    <w:p>
      <w:r>
        <w:rPr>
          <w:b/>
          <w:sz w:val="20"/>
        </w:rPr>
        <w:t>Article 9 – Confidentialité</w:t>
      </w:r>
    </w:p>
    <w:p>
      <w:r>
        <w:rPr>
          <w:b w:val="0"/>
          <w:sz w:val="20"/>
        </w:rPr>
        <w:t>Chaque partie s’engage à ne pas divulguer les informations confidentielles reçues de l’autre partie, et ce pendant toute la durée du contrat et après son expiration.</w:t>
      </w:r>
    </w:p>
    <w:p/>
    <w:p>
      <w:r>
        <w:rPr>
          <w:b/>
          <w:sz w:val="20"/>
        </w:rPr>
        <w:t>Article 10 – Responsabilité</w:t>
      </w:r>
    </w:p>
    <w:p>
      <w:r>
        <w:rPr>
          <w:b w:val="0"/>
          <w:sz w:val="20"/>
        </w:rPr>
        <w:t>Le Prestataire est responsable de la bonne exécution de ses prestations conformément aux règles de l’art. Sa responsabilité ne pourra être engagée que pour des dommages directs et prouvés résultant d’une faute lourde ou dolosive.</w:t>
      </w:r>
    </w:p>
    <w:p/>
    <w:p>
      <w:r>
        <w:rPr>
          <w:b/>
          <w:sz w:val="20"/>
        </w:rPr>
        <w:t>Article 11 – Force majeure</w:t>
      </w:r>
    </w:p>
    <w:p>
      <w:r>
        <w:rPr>
          <w:b w:val="0"/>
          <w:sz w:val="20"/>
        </w:rPr>
        <w:t>Aucune des parties ne pourra être tenue responsable en cas de non-exécution partielle ou totale de ses obligations, lorsqu’une telle non-exécution est due à un cas de force majeure reconnu par la jurisprudence française.</w:t>
      </w:r>
    </w:p>
    <w:p/>
    <w:p>
      <w:r>
        <w:rPr>
          <w:b/>
          <w:sz w:val="20"/>
        </w:rPr>
        <w:t>Article 12 – Résiliation</w:t>
      </w:r>
    </w:p>
    <w:p>
      <w:r>
        <w:rPr>
          <w:b w:val="0"/>
          <w:sz w:val="20"/>
        </w:rPr>
        <w:t>Le présent contrat pourra être résilié par l’une ou l’autre des parties en cas de manquement grave aux obligations contractuelles, après mise en demeure restée sans effet pendant 15 jours.</w:t>
      </w:r>
    </w:p>
    <w:p/>
    <w:p>
      <w:r>
        <w:rPr>
          <w:b/>
          <w:sz w:val="20"/>
        </w:rPr>
        <w:t>Article 13 – Loi applicable et juridiction compétente</w:t>
      </w:r>
    </w:p>
    <w:p>
      <w:r>
        <w:rPr>
          <w:b w:val="0"/>
          <w:sz w:val="20"/>
        </w:rPr>
        <w:t>Le présent contrat est soumis au droit français. En cas de litige, les parties s’efforceront de trouver une solution amiable. À défaut, compétence expresse est attribuée aux tribunaux compétents du ressort de la Cour d’appel du lieu du siège social du Client.</w:t>
      </w:r>
    </w:p>
    <w:p/>
    <w:p/>
    <w:p>
      <w:r>
        <w:rPr>
          <w:b w:val="0"/>
          <w:sz w:val="20"/>
        </w:rPr>
        <w:t>Lieu : _______________________________________________</w:t>
      </w:r>
    </w:p>
    <w:p>
      <w:r>
        <w:rPr>
          <w:b w:val="0"/>
          <w:sz w:val="20"/>
        </w:rPr>
        <w:t>Date :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 CLIENT</w:t>
            </w:r>
          </w:p>
        </w:tc>
        <w:tc>
          <w:tcPr>
            <w:tcW w:type="dxa" w:w="4986"/>
            <w:tcBorders>
              <w:top w:val="nil"/>
              <w:left w:val="nil"/>
              <w:bottom w:val="nil"/>
              <w:right w:val="nil"/>
              <w:insideH w:val="nil"/>
              <w:insideV w:val="nil"/>
            </w:tcBorders>
          </w:tcPr>
          <w:p>
            <w:pPr>
              <w:jc w:val="center"/>
            </w:pPr>
            <w:r>
              <w:t>LE PRESTATAIRE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https://jurid-entreprise.com/modele-contrat-freelance/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modele-contrat-freelance/"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