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FORMATION D’UN FORMATEUR OCCASIONNEL</w:t>
      </w:r>
    </w:p>
    <w:p/>
    <w:p>
      <w:r>
        <w:rPr>
          <w:b/>
          <w:sz w:val="20"/>
        </w:rPr>
        <w:t>Entre les soussignés :</w:t>
      </w:r>
    </w:p>
    <w:p>
      <w:r>
        <w:rPr>
          <w:b w:val="0"/>
          <w:sz w:val="20"/>
        </w:rPr>
        <w:t>L’Organisme de formation :</w:t>
      </w:r>
    </w:p>
    <w:p>
      <w:r>
        <w:rPr>
          <w:b w:val="0"/>
          <w:sz w:val="20"/>
        </w:rPr>
        <w:t>Nom ou raison sociale : _______________________________________________</w:t>
      </w:r>
    </w:p>
    <w:p>
      <w:r>
        <w:rPr>
          <w:b w:val="0"/>
          <w:sz w:val="20"/>
        </w:rPr>
        <w:t>Adresse : ____________________________________________________________</w:t>
      </w:r>
    </w:p>
    <w:p>
      <w:r>
        <w:rPr>
          <w:b w:val="0"/>
          <w:sz w:val="20"/>
        </w:rPr>
        <w:t>Représenté par : _____________________________________________________</w:t>
      </w:r>
    </w:p>
    <w:p>
      <w:r>
        <w:rPr>
          <w:b w:val="0"/>
          <w:sz w:val="20"/>
        </w:rPr>
        <w:t>Qualité : ____________________________________________________________</w:t>
      </w:r>
    </w:p>
    <w:p/>
    <w:p>
      <w:r>
        <w:rPr>
          <w:b/>
          <w:sz w:val="20"/>
        </w:rPr>
        <w:t>Le Formateur occasionnel :</w:t>
      </w:r>
    </w:p>
    <w:p>
      <w:r>
        <w:rPr>
          <w:b w:val="0"/>
          <w:sz w:val="20"/>
        </w:rPr>
        <w:t>Nom et prénom : ______________________________________________________</w:t>
      </w:r>
    </w:p>
    <w:p>
      <w:r>
        <w:rPr>
          <w:b w:val="0"/>
          <w:sz w:val="20"/>
        </w:rPr>
        <w:t>Adresse : ____________________________________________________________</w:t>
      </w:r>
    </w:p>
    <w:p>
      <w:r>
        <w:rPr>
          <w:b w:val="0"/>
          <w:sz w:val="20"/>
        </w:rPr>
        <w:t>SIRET ou numéro d’identification : _____________________________________</w:t>
      </w:r>
    </w:p>
    <w:p>
      <w:r>
        <w:rPr>
          <w:b w:val="0"/>
          <w:sz w:val="20"/>
        </w:rPr>
        <w:t>Téléphone : __________________________________________________________</w:t>
      </w:r>
    </w:p>
    <w:p>
      <w:r>
        <w:rPr>
          <w:b w:val="0"/>
          <w:sz w:val="20"/>
        </w:rPr>
        <w:t>Adresse e-mail : _____________________________________________________</w:t>
      </w:r>
    </w:p>
    <w:p/>
    <w:p>
      <w:r>
        <w:rPr>
          <w:b/>
          <w:sz w:val="20"/>
        </w:rPr>
        <w:t>Article 1 – Objet</w:t>
      </w:r>
    </w:p>
    <w:p>
      <w:r>
        <w:rPr>
          <w:b w:val="0"/>
          <w:sz w:val="20"/>
        </w:rPr>
        <w:t>Le présent contrat a pour objet de définir les conditions dans lesquelles le Formateur occasionnel réalisera des prestations de formation au sein de l’Organisme de formation, en qualité de formateur indépendant, pour des sessions ponctuelles et déterminées.</w:t>
      </w:r>
    </w:p>
    <w:p/>
    <w:p>
      <w:r>
        <w:rPr>
          <w:b/>
          <w:sz w:val="20"/>
        </w:rPr>
        <w:t>Article 2 – Description des prestations</w:t>
      </w:r>
    </w:p>
    <w:p>
      <w:r>
        <w:rPr>
          <w:b w:val="0"/>
          <w:sz w:val="20"/>
        </w:rPr>
        <w:t>Le Formateur s’engage à dispenser les formations suivantes :</w:t>
      </w:r>
    </w:p>
    <w:p>
      <w:r>
        <w:rPr>
          <w:b w:val="0"/>
          <w:sz w:val="20"/>
        </w:rPr>
        <w:t>- Intitulé(s) de la formation : _________________________________________</w:t>
      </w:r>
    </w:p>
    <w:p>
      <w:r>
        <w:rPr>
          <w:b w:val="0"/>
          <w:sz w:val="20"/>
        </w:rPr>
        <w:t>- Public concerné : _____________________________________________________</w:t>
      </w:r>
    </w:p>
    <w:p>
      <w:r>
        <w:rPr>
          <w:b w:val="0"/>
          <w:sz w:val="20"/>
        </w:rPr>
        <w:t>- Durée et dates prévisionnelles : ______________________________________</w:t>
      </w:r>
    </w:p>
    <w:p>
      <w:r>
        <w:rPr>
          <w:b w:val="0"/>
          <w:sz w:val="20"/>
        </w:rPr>
        <w:t>- Lieu(x) de formation : _______________________________________________</w:t>
      </w:r>
    </w:p>
    <w:p>
      <w:r>
        <w:rPr>
          <w:b w:val="0"/>
          <w:sz w:val="20"/>
        </w:rPr>
        <w:t>- Modalités pédagogiques (présentiel, distanciel, mixte) : ________________</w:t>
      </w:r>
    </w:p>
    <w:p/>
    <w:p>
      <w:r>
        <w:rPr>
          <w:b/>
          <w:sz w:val="20"/>
        </w:rPr>
        <w:t>Article 3 – Obligations du Formateur</w:t>
      </w:r>
    </w:p>
    <w:p>
      <w:r>
        <w:rPr>
          <w:b w:val="0"/>
          <w:sz w:val="20"/>
        </w:rPr>
        <w:t>Le Formateur s’engage à :</w:t>
      </w:r>
    </w:p>
    <w:p>
      <w:r>
        <w:rPr>
          <w:b w:val="0"/>
          <w:sz w:val="20"/>
        </w:rPr>
        <w:t>- Préparer et animer les sessions conformément au programme validé;</w:t>
      </w:r>
    </w:p>
    <w:p>
      <w:r>
        <w:rPr>
          <w:b w:val="0"/>
          <w:sz w:val="20"/>
        </w:rPr>
        <w:t>- Respecter les horaires et le lieu de formation;</w:t>
      </w:r>
    </w:p>
    <w:p>
      <w:r>
        <w:rPr>
          <w:b w:val="0"/>
          <w:sz w:val="20"/>
        </w:rPr>
        <w:t>- Fournir les supports pédagogiques nécessaires;</w:t>
      </w:r>
    </w:p>
    <w:p>
      <w:r>
        <w:rPr>
          <w:b w:val="0"/>
          <w:sz w:val="20"/>
        </w:rPr>
        <w:t>- Respecter la confidentialité des informations auxquelles il pourrait avoir accès;</w:t>
      </w:r>
    </w:p>
    <w:p>
      <w:r>
        <w:rPr>
          <w:b w:val="0"/>
          <w:sz w:val="20"/>
        </w:rPr>
        <w:t>- Remplir toute documentation liée à la formation (feuilles de présence, bilans, évaluations).</w:t>
      </w:r>
    </w:p>
    <w:p/>
    <w:p>
      <w:r>
        <w:rPr>
          <w:b/>
          <w:sz w:val="20"/>
        </w:rPr>
        <w:t>Article 4 – Obligations de l’Organisme de formation</w:t>
      </w:r>
    </w:p>
    <w:p>
      <w:r>
        <w:rPr>
          <w:b w:val="0"/>
          <w:sz w:val="20"/>
        </w:rPr>
        <w:t>L’Organisme s’engage à :</w:t>
      </w:r>
    </w:p>
    <w:p>
      <w:r>
        <w:rPr>
          <w:b w:val="0"/>
          <w:sz w:val="20"/>
        </w:rPr>
        <w:t>- Informer le Formateur des caractéristiques des stagiaires;</w:t>
      </w:r>
    </w:p>
    <w:p>
      <w:r>
        <w:rPr>
          <w:b w:val="0"/>
          <w:sz w:val="20"/>
        </w:rPr>
        <w:t>- Mettre à disposition les moyens matériels nécessaires;</w:t>
      </w:r>
    </w:p>
    <w:p>
      <w:r>
        <w:rPr>
          <w:b w:val="0"/>
          <w:sz w:val="20"/>
        </w:rPr>
        <w:t>- Régler la rémunération selon les modalités convenues;</w:t>
      </w:r>
    </w:p>
    <w:p>
      <w:r>
        <w:rPr>
          <w:b w:val="0"/>
          <w:sz w:val="20"/>
        </w:rPr>
        <w:t>- Assurer la coordination administrative relative à la formation.</w:t>
      </w:r>
    </w:p>
    <w:p/>
    <w:p>
      <w:r>
        <w:rPr>
          <w:b/>
          <w:sz w:val="20"/>
        </w:rPr>
        <w:t>Article 5 – Rémunération</w:t>
      </w:r>
    </w:p>
    <w:p>
      <w:r>
        <w:rPr>
          <w:b w:val="0"/>
          <w:sz w:val="20"/>
        </w:rPr>
        <w:t>Le Formateur percevra une rémunération brute de _________________ EUR par heure/jour de formation dispensée.</w:t>
      </w:r>
    </w:p>
    <w:p>
      <w:r>
        <w:rPr>
          <w:b w:val="0"/>
          <w:sz w:val="20"/>
        </w:rPr>
        <w:t>Le paiement s’effectuera à réception de facture, dans un délai de ______________ jours.</w:t>
      </w:r>
    </w:p>
    <w:p>
      <w:r>
        <w:rPr>
          <w:b w:val="0"/>
          <w:sz w:val="20"/>
        </w:rPr>
        <w:t>Les frais engagés par le Formateur (déplacements, hébergement, repas) sont à sa charge sauf accord écrit préalable.</w:t>
      </w:r>
    </w:p>
    <w:p/>
    <w:p>
      <w:r>
        <w:rPr>
          <w:b/>
          <w:sz w:val="20"/>
        </w:rPr>
        <w:t>Article 6 – Durée et résiliation</w:t>
      </w:r>
    </w:p>
    <w:p>
      <w:r>
        <w:rPr>
          <w:b w:val="0"/>
          <w:sz w:val="20"/>
        </w:rPr>
        <w:t>Le présent contrat est conclu pour la durée nécessaire à la réalisation des prestations définies à l’article 2.</w:t>
      </w:r>
    </w:p>
    <w:p>
      <w:r>
        <w:rPr>
          <w:b w:val="0"/>
          <w:sz w:val="20"/>
        </w:rPr>
        <w:t>Chaque partie peut résilier le présent contrat moyennant un préavis écrit de quinze (15) jours, sauf faute grave entraînant résiliation immédiate.</w:t>
      </w:r>
    </w:p>
    <w:p/>
    <w:p>
      <w:r>
        <w:rPr>
          <w:b/>
          <w:sz w:val="20"/>
        </w:rPr>
        <w:t>Article 7 – Responsabilité</w:t>
      </w:r>
    </w:p>
    <w:p>
      <w:r>
        <w:rPr>
          <w:b w:val="0"/>
          <w:sz w:val="20"/>
        </w:rPr>
        <w:t>Le Formateur est responsable de la qualité de ses prestations conformes aux règles de l’art et à la réglementation applicable.</w:t>
      </w:r>
    </w:p>
    <w:p>
      <w:r>
        <w:rPr>
          <w:b w:val="0"/>
          <w:sz w:val="20"/>
        </w:rPr>
        <w:t>L’Organisme ne pourra être tenu responsable des dommages directs ou indirects résultant d’une mauvaise exécution des prestations par le Formateur.</w:t>
      </w:r>
    </w:p>
    <w:p/>
    <w:p>
      <w:r>
        <w:rPr>
          <w:b/>
          <w:sz w:val="20"/>
        </w:rPr>
        <w:t>Article 8 – Propriété intellectuelle</w:t>
      </w:r>
    </w:p>
    <w:p>
      <w:r>
        <w:rPr>
          <w:b w:val="0"/>
          <w:sz w:val="20"/>
        </w:rPr>
        <w:t>Le Formateur garantit être titulaire des droits nécessaires sur les supports utilisés et concède à l’Organisme un droit d’usage limité à la durée du contrat.</w:t>
      </w:r>
    </w:p>
    <w:p>
      <w:r>
        <w:rPr>
          <w:b w:val="0"/>
          <w:sz w:val="20"/>
        </w:rPr>
        <w:t>Toute reproduction, diffusion ou adaptation hors cadre du présent contrat est interdite sans autorisation écrite préalable.</w:t>
      </w:r>
    </w:p>
    <w:p/>
    <w:p>
      <w:r>
        <w:rPr>
          <w:b/>
          <w:sz w:val="20"/>
        </w:rPr>
        <w:t>Article 9 – Confidentialité</w:t>
      </w:r>
    </w:p>
    <w:p>
      <w:r>
        <w:rPr>
          <w:b w:val="0"/>
          <w:sz w:val="20"/>
        </w:rPr>
        <w:t>Le Formateur s’engage à ne divulguer aucune information confidentielle obtenue dans le cadre de ses prestations.</w:t>
      </w:r>
    </w:p>
    <w:p>
      <w:r>
        <w:rPr>
          <w:b w:val="0"/>
          <w:sz w:val="20"/>
        </w:rPr>
        <w:t>Cette obligation perdure après la fin du présent contrat.</w:t>
      </w:r>
    </w:p>
    <w:p/>
    <w:p>
      <w:r>
        <w:rPr>
          <w:b/>
          <w:sz w:val="20"/>
        </w:rPr>
        <w:t>Article 10 – Litiges et loi applicable</w:t>
      </w:r>
    </w:p>
    <w:p>
      <w:r>
        <w:rPr>
          <w:b w:val="0"/>
          <w:sz w:val="20"/>
        </w:rPr>
        <w:t>Le présent contrat est soumis au droit français.</w:t>
      </w:r>
    </w:p>
    <w:p>
      <w:r>
        <w:rPr>
          <w:b w:val="0"/>
          <w:sz w:val="20"/>
        </w:rPr>
        <w:t>En cas de litige, les parties chercheront une solution amiable avant toute action judiciaire.</w:t>
      </w:r>
    </w:p>
    <w:p>
      <w:r>
        <w:rPr>
          <w:b w:val="0"/>
          <w:sz w:val="20"/>
        </w:rPr>
        <w:t>À défaut d’accord, les tribunaux compétents seront ceux du ressort du siège de l’Organisme.</w:t>
      </w:r>
    </w:p>
    <w:p/>
    <w:p/>
    <w:p>
      <w:r>
        <w:rPr>
          <w:b w:val="0"/>
          <w:sz w:val="20"/>
        </w:rPr>
        <w:t>Lieu de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POUR L’ORGANISME DE FORMATION</w:t>
            </w:r>
          </w:p>
        </w:tc>
        <w:tc>
          <w:tcPr>
            <w:tcW w:type="dxa" w:w="4986"/>
            <w:tcBorders>
              <w:top w:val="nil"/>
              <w:left w:val="nil"/>
              <w:bottom w:val="nil"/>
              <w:right w:val="nil"/>
              <w:insideH w:val="nil"/>
              <w:insideV w:val="nil"/>
            </w:tcBorders>
          </w:tcPr>
          <w:p>
            <w:pPr>
              <w:jc w:val="center"/>
            </w:pPr>
            <w:r>
              <w:t>POUR LE FORMATEUR OCCASIONNEL</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______________________________________</w:t>
            </w:r>
          </w:p>
        </w:tc>
        <w:tc>
          <w:tcPr>
            <w:tcW w:type="dxa" w:w="4986"/>
            <w:tcBorders>
              <w:top w:val="nil"/>
              <w:left w:val="nil"/>
              <w:bottom w:val="nil"/>
              <w:right w:val="nil"/>
              <w:insideH w:val="nil"/>
              <w:insideV w:val="nil"/>
            </w:tcBorders>
          </w:tcPr>
          <w:p>
            <w:pPr>
              <w:jc w:val="center"/>
            </w:pPr>
            <w:r>
              <w:t>Nom : _______________________________________________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https://jurid-entreprise.com/modele-contrat-formateur-occasionnel/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contrat-formateur-occasionnel/"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