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ENTRE ASSOCIATION ET AUTO-ENTREPRENEUR</w:t>
      </w:r>
    </w:p>
    <w:p/>
    <w:p>
      <w:r>
        <w:rPr>
          <w:b/>
          <w:sz w:val="20"/>
        </w:rPr>
        <w:t>Entre les soussignés :</w:t>
      </w:r>
    </w:p>
    <w:p>
      <w:r>
        <w:rPr>
          <w:b/>
          <w:sz w:val="20"/>
        </w:rPr>
        <w:t>L’Association :</w:t>
      </w:r>
    </w:p>
    <w:p>
      <w:r>
        <w:rPr>
          <w:b w:val="0"/>
          <w:sz w:val="20"/>
        </w:rPr>
        <w:t>Nom : _______________________________________________________________</w:t>
      </w:r>
    </w:p>
    <w:p>
      <w:r>
        <w:rPr>
          <w:b w:val="0"/>
          <w:sz w:val="20"/>
        </w:rPr>
        <w:t>Adresse du siège social : ____________________________________________</w:t>
      </w:r>
    </w:p>
    <w:p>
      <w:r>
        <w:rPr>
          <w:b w:val="0"/>
          <w:sz w:val="20"/>
        </w:rPr>
        <w:t>Représentée par : ___________________________________________________</w:t>
      </w:r>
    </w:p>
    <w:p>
      <w:r>
        <w:rPr>
          <w:b w:val="0"/>
          <w:sz w:val="20"/>
        </w:rPr>
        <w:t>Fonction : 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</w:t>
      </w:r>
    </w:p>
    <w:p/>
    <w:p>
      <w:r>
        <w:rPr>
          <w:b/>
          <w:sz w:val="20"/>
        </w:rPr>
        <w:t>L’Auto-Entrepreneur :</w:t>
      </w:r>
    </w:p>
    <w:p>
      <w:r>
        <w:rPr>
          <w:b w:val="0"/>
          <w:sz w:val="20"/>
        </w:rPr>
        <w:t>Nom et prénom : _____________________________________________________</w:t>
      </w:r>
    </w:p>
    <w:p>
      <w:r>
        <w:rPr>
          <w:b w:val="0"/>
          <w:sz w:val="20"/>
        </w:rPr>
        <w:t>Adresse professionnelle : ____________________________________________</w:t>
      </w:r>
    </w:p>
    <w:p>
      <w:r>
        <w:rPr>
          <w:b w:val="0"/>
          <w:sz w:val="20"/>
        </w:rPr>
        <w:t>N° SIRET : 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</w:t>
      </w:r>
    </w:p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L’Association souhaite faire appel aux services de l’Auto-Entrepreneur dans le cadre de ses activités. Le présent contrat a pour objet de définir les modalités de cette collaboration, conformément à la législation en vigueur.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L’Auto-Entrepreneur s’engage à fournir les prestations suivantes pour le compte de l’Association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Ces prestations seront réalisées dans le strict respect des conditions définies ci-après.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déterminée de __________ mois à compter de la signature. Il pourra être renouvelé par accord écrit des deux parties.</w:t>
      </w:r>
    </w:p>
    <w:p/>
    <w:p>
      <w:r>
        <w:rPr>
          <w:b/>
          <w:sz w:val="20"/>
        </w:rPr>
        <w:t>Article 3 – Modalités d’exécution</w:t>
      </w:r>
    </w:p>
    <w:p>
      <w:r>
        <w:rPr>
          <w:b w:val="0"/>
          <w:sz w:val="20"/>
        </w:rPr>
        <w:t>L’Auto-Entrepreneur exécutera les prestations en toute autonomie, avec diligence et professionnalisme.</w:t>
      </w:r>
    </w:p>
    <w:p>
      <w:r>
        <w:rPr>
          <w:b w:val="0"/>
          <w:sz w:val="20"/>
        </w:rPr>
        <w:t>Les horaires et lieux d’intervention seront définis d’un commun accord entre les parties.</w:t>
      </w:r>
    </w:p>
    <w:p>
      <w:r>
        <w:rPr>
          <w:b w:val="0"/>
          <w:sz w:val="20"/>
        </w:rPr>
        <w:t>L’Auto-Entrepreneur veillera à respecter les règles et procédures internes de l’Association applicables aux prestations.</w:t>
      </w:r>
    </w:p>
    <w:p/>
    <w:p>
      <w:r>
        <w:rPr>
          <w:b/>
          <w:sz w:val="20"/>
        </w:rPr>
        <w:t>Article 4 – Rémunération</w:t>
      </w:r>
    </w:p>
    <w:p>
      <w:r>
        <w:rPr>
          <w:b w:val="0"/>
          <w:sz w:val="20"/>
        </w:rPr>
        <w:t>En contrepartie des prestations réalisées, l’Association versera à l’Auto-Entrepreneur une rémunération forfaitaire ou au taux horaire suivant :</w:t>
      </w:r>
    </w:p>
    <w:p>
      <w:r>
        <w:rPr>
          <w:b w:val="0"/>
          <w:sz w:val="20"/>
        </w:rPr>
        <w:t>Montant : ____________________________________________________________ EUR</w:t>
      </w:r>
    </w:p>
    <w:p>
      <w:r>
        <w:rPr>
          <w:b w:val="0"/>
          <w:sz w:val="20"/>
        </w:rPr>
        <w:t>Modalités de paiement : ________________________________________________</w:t>
      </w:r>
    </w:p>
    <w:p>
      <w:r>
        <w:rPr>
          <w:b w:val="0"/>
          <w:sz w:val="20"/>
        </w:rPr>
        <w:t>Les frais engagés par l’Auto-Entrepreneur dans le cadre des prestations ne seront remboursés que s’ils ont été préalablement acceptés par l’Association.</w:t>
      </w:r>
    </w:p>
    <w:p/>
    <w:p>
      <w:r>
        <w:rPr>
          <w:b/>
          <w:sz w:val="20"/>
        </w:rPr>
        <w:t>Article 5 – Obligations des parties</w:t>
      </w:r>
    </w:p>
    <w:p>
      <w:r>
        <w:rPr>
          <w:b w:val="0"/>
          <w:sz w:val="20"/>
        </w:rPr>
        <w:t>5.1 Obligations de l’Auto-Entrepreneur :</w:t>
      </w:r>
    </w:p>
    <w:p>
      <w:r>
        <w:rPr>
          <w:b w:val="0"/>
          <w:sz w:val="20"/>
        </w:rPr>
        <w:t>- Fournir les prestations convenues avec compétence et diligence.</w:t>
      </w:r>
    </w:p>
    <w:p>
      <w:r>
        <w:rPr>
          <w:b w:val="0"/>
          <w:sz w:val="20"/>
        </w:rPr>
        <w:t>- Respecter la confidentialité des informations communiquées par l’Association.</w:t>
      </w:r>
    </w:p>
    <w:p>
      <w:r>
        <w:rPr>
          <w:b w:val="0"/>
          <w:sz w:val="20"/>
        </w:rPr>
        <w:t>- Fournir les documents justificatifs nécessaires à la facturation.</w:t>
      </w:r>
    </w:p>
    <w:p>
      <w:r>
        <w:rPr>
          <w:b w:val="0"/>
          <w:sz w:val="20"/>
        </w:rPr>
        <w:t>5.2 Obligations de l’Association :</w:t>
      </w:r>
    </w:p>
    <w:p>
      <w:r>
        <w:rPr>
          <w:b w:val="0"/>
          <w:sz w:val="20"/>
        </w:rPr>
        <w:t>- Mettre à disposition les moyens nécessaires à l’exécution des prestations.</w:t>
      </w:r>
    </w:p>
    <w:p>
      <w:r>
        <w:rPr>
          <w:b w:val="0"/>
          <w:sz w:val="20"/>
        </w:rPr>
        <w:t>- Régler la rémunération conformément aux modalités prévues.</w:t>
      </w:r>
    </w:p>
    <w:p/>
    <w:p>
      <w:r>
        <w:rPr>
          <w:b/>
          <w:sz w:val="20"/>
        </w:rPr>
        <w:t>Article 6 – Confidentialité</w:t>
      </w:r>
    </w:p>
    <w:p>
      <w:r>
        <w:rPr>
          <w:b w:val="0"/>
          <w:sz w:val="20"/>
        </w:rPr>
        <w:t>Les parties s’engagent à garder strictement confidentielles toutes les informations échangées dans le cadre du présent contrat, et à ne pas les divulguer à des tiers sans accord préalable écrit.</w:t>
      </w:r>
    </w:p>
    <w:p/>
    <w:p>
      <w:r>
        <w:rPr>
          <w:b/>
          <w:sz w:val="20"/>
        </w:rPr>
        <w:t>Article 7 – Responsabilité</w:t>
      </w:r>
    </w:p>
    <w:p>
      <w:r>
        <w:rPr>
          <w:b w:val="0"/>
          <w:sz w:val="20"/>
        </w:rPr>
        <w:t>L’Auto-Entrepreneur est seul responsable de la bonne exécution des prestations. Il déclare disposer des assurances nécessaires à cet effet.</w:t>
      </w:r>
    </w:p>
    <w:p>
      <w:r>
        <w:rPr>
          <w:b w:val="0"/>
          <w:sz w:val="20"/>
        </w:rPr>
        <w:t>L’Association ne pourra être tenue responsable des dommages directs ou indirects résultant des prestations fournies.</w:t>
      </w:r>
    </w:p>
    <w:p/>
    <w:p>
      <w:r>
        <w:rPr>
          <w:b/>
          <w:sz w:val="20"/>
        </w:rPr>
        <w:t>Article 8 – Résiliation</w:t>
      </w:r>
    </w:p>
    <w:p>
      <w:r>
        <w:rPr>
          <w:b w:val="0"/>
          <w:sz w:val="20"/>
        </w:rPr>
        <w:t>Chacune des parties pourra résilier le présent contrat en respectant un préavis de __________ jours, notifié par lettre recommandée avec accusé de réception.</w:t>
      </w:r>
    </w:p>
    <w:p>
      <w:r>
        <w:rPr>
          <w:b w:val="0"/>
          <w:sz w:val="20"/>
        </w:rPr>
        <w:t>En cas de manquement grave aux obligations contractuelles, la résiliation pourra être immédiate.</w:t>
      </w:r>
    </w:p>
    <w:p/>
    <w:p>
      <w:r>
        <w:rPr>
          <w:b/>
          <w:sz w:val="20"/>
        </w:rPr>
        <w:t>Article 9 – Propriété intellectuelle</w:t>
      </w:r>
    </w:p>
    <w:p>
      <w:r>
        <w:rPr>
          <w:b w:val="0"/>
          <w:sz w:val="20"/>
        </w:rPr>
        <w:t>Les créations, inventions, documents ou travaux réalisés par l’Auto-Entrepreneur dans le cadre du présent contrat seront la propriété exclusive de l’Association, sauf stipulation contraire écrite.</w:t>
      </w:r>
    </w:p>
    <w:p/>
    <w:p>
      <w:r>
        <w:rPr>
          <w:b/>
          <w:sz w:val="20"/>
        </w:rPr>
        <w:t>Article 10 – Données personnelles</w:t>
      </w:r>
    </w:p>
    <w:p>
      <w:r>
        <w:rPr>
          <w:b w:val="0"/>
          <w:sz w:val="20"/>
        </w:rPr>
        <w:t>Les parties s’engagent à respecter la réglementation applicable en matière de protection des données personnelles, notamment le Règlement Général sur la Protection des Données (RGPD).</w:t>
      </w:r>
    </w:p>
    <w:p/>
    <w:p>
      <w:r>
        <w:rPr>
          <w:b/>
          <w:sz w:val="20"/>
        </w:rPr>
        <w:t>Article 11 – Litiges</w:t>
      </w:r>
    </w:p>
    <w:p>
      <w:r>
        <w:rPr>
          <w:b w:val="0"/>
          <w:sz w:val="20"/>
        </w:rPr>
        <w:t>En cas de litige relatif à l’interprétation ou à l’exécution du présent contrat, les parties s’efforceront de trouver une solution amiable.</w:t>
      </w:r>
    </w:p>
    <w:p>
      <w:r>
        <w:rPr>
          <w:b w:val="0"/>
          <w:sz w:val="20"/>
        </w:rPr>
        <w:t>À défaut, le litige sera porté devant les tribunaux compétents selon la législation française.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L’ASSOCIATION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L’AUTO-ENTREPRENEUR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https://jurid-entreprise.com/modele-contrat-entre-association-et-auto-entrepreneur/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contrat-entre-association-et-auto-entrepreneur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