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PRESTATION DE SERVICES DE DÉCORATION D’INTÉRIEUR</w:t>
      </w:r>
    </w:p>
    <w:p/>
    <w:p>
      <w:r>
        <w:rPr>
          <w:b w:val="0"/>
          <w:sz w:val="20"/>
        </w:rPr>
        <w:t>Lieu : ____________________________</w:t>
      </w:r>
    </w:p>
    <w:p/>
    <w:p>
      <w:r>
        <w:rPr>
          <w:b/>
          <w:sz w:val="20"/>
        </w:rPr>
        <w:t>Entre les soussignés :</w:t>
      </w:r>
    </w:p>
    <w:p>
      <w:r>
        <w:rPr>
          <w:b/>
          <w:sz w:val="20"/>
        </w:rPr>
        <w:t>Le Client :</w:t>
      </w:r>
    </w:p>
    <w:p>
      <w:r>
        <w:rPr>
          <w:b w:val="0"/>
          <w:sz w:val="20"/>
        </w:rPr>
        <w:t>Nom et prénom / Raison sociale : ____________________________________</w:t>
      </w:r>
    </w:p>
    <w:p>
      <w:r>
        <w:rPr>
          <w:b w:val="0"/>
          <w:sz w:val="20"/>
        </w:rPr>
        <w:t>Adresse : ___________________________________________________________</w:t>
      </w:r>
    </w:p>
    <w:p>
      <w:r>
        <w:rPr>
          <w:b w:val="0"/>
          <w:sz w:val="20"/>
        </w:rPr>
        <w:t>Téléphone : _________________________________________________________</w:t>
      </w:r>
    </w:p>
    <w:p>
      <w:r>
        <w:rPr>
          <w:b w:val="0"/>
          <w:sz w:val="20"/>
        </w:rPr>
        <w:t>Adresse e-mail : ____________________________________________________</w:t>
      </w:r>
    </w:p>
    <w:p/>
    <w:p>
      <w:r>
        <w:rPr>
          <w:b/>
          <w:sz w:val="20"/>
        </w:rPr>
        <w:t>Le Prestataire :</w:t>
      </w:r>
    </w:p>
    <w:p>
      <w:r>
        <w:rPr>
          <w:b w:val="0"/>
          <w:sz w:val="20"/>
        </w:rPr>
        <w:t>Nom et prénom / Raison sociale : ____________________________________</w:t>
      </w:r>
    </w:p>
    <w:p>
      <w:r>
        <w:rPr>
          <w:b w:val="0"/>
          <w:sz w:val="20"/>
        </w:rPr>
        <w:t>Adresse : ___________________________________________________________</w:t>
      </w:r>
    </w:p>
    <w:p>
      <w:r>
        <w:rPr>
          <w:b w:val="0"/>
          <w:sz w:val="20"/>
        </w:rPr>
        <w:t>Téléphone : _________________________________________________________</w:t>
      </w:r>
    </w:p>
    <w:p>
      <w:r>
        <w:rPr>
          <w:b w:val="0"/>
          <w:sz w:val="20"/>
        </w:rPr>
        <w:t>Adresse e-mail : ____________________________________________________</w:t>
      </w:r>
    </w:p>
    <w:p/>
    <w:p>
      <w:r>
        <w:rPr>
          <w:b/>
          <w:sz w:val="20"/>
        </w:rPr>
        <w:t>Article 1 – Objet de la prestation</w:t>
      </w:r>
    </w:p>
    <w:p>
      <w:r>
        <w:rPr>
          <w:b w:val="0"/>
          <w:sz w:val="20"/>
        </w:rPr>
        <w:t>Le présent contrat a pour objet la réalisation par le Prestataire d’une prestation de décoration d’intérieur conformément aux souhaits et besoins exprimés par le Client. Cette prestation peut inclure, sans que la liste soit limitative, la conception, l’étude, la proposition d’aménagement, la sélection de matériaux, mobiliers, couleurs, accessoires et la coordination des travaux éventuels.</w:t>
      </w:r>
    </w:p>
    <w:p/>
    <w:p>
      <w:r>
        <w:rPr>
          <w:b/>
          <w:sz w:val="20"/>
        </w:rPr>
        <w:t>Article 2 – Durée de la prestation</w:t>
      </w:r>
    </w:p>
    <w:p>
      <w:r>
        <w:rPr>
          <w:b w:val="0"/>
          <w:sz w:val="20"/>
        </w:rPr>
        <w:t>La prestation débutera à la date convenue entre les parties et se poursuivra pour une durée approximative de __________ semaines/mois, sous réserve des délais d’approvisionnement, de travaux et autres contraintes indépendantes de la volonté du Prestataire.</w:t>
      </w:r>
    </w:p>
    <w:p/>
    <w:p>
      <w:r>
        <w:rPr>
          <w:b/>
          <w:sz w:val="20"/>
        </w:rPr>
        <w:t>Article 3 – Obligations du Prestataire</w:t>
      </w:r>
    </w:p>
    <w:p>
      <w:r>
        <w:rPr>
          <w:b w:val="0"/>
          <w:sz w:val="20"/>
        </w:rPr>
        <w:t>Le Prestataire s’engage à réaliser la prestation conformément aux règles de l’art, aux normes applicables et dans le respect des souhaits du Client. Il fournira les conseils professionnels nécessaires et informera le Client de toute difficulté ou modification envisagée. Le Prestataire n’est pas responsable des conséquences d’un choix final du Client qui irait à l’encontre des conseils prodigués.</w:t>
      </w:r>
    </w:p>
    <w:p/>
    <w:p>
      <w:r>
        <w:rPr>
          <w:b/>
          <w:sz w:val="20"/>
        </w:rPr>
        <w:t>Article 4 – Obligations du Client</w:t>
      </w:r>
    </w:p>
    <w:p>
      <w:r>
        <w:rPr>
          <w:b w:val="0"/>
          <w:sz w:val="20"/>
        </w:rPr>
        <w:t>Le Client s’engage à fournir au Prestataire toutes les informations nécessaires à la bonne compréhension de ses attentes. Il s’oblige à permettre l’accès aux locaux, à répondre aux demandes de validation et à respecter les échéances de paiement. Le Client garantit par ailleurs que les locaux à décorer sont conformes à la réglementation en vigueur et exempts de tout vice affectant la prestation.</w:t>
      </w:r>
    </w:p>
    <w:p/>
    <w:p>
      <w:r>
        <w:rPr>
          <w:b/>
          <w:sz w:val="20"/>
        </w:rPr>
        <w:t>Article 5 – Prix et modalités de paiement</w:t>
      </w:r>
    </w:p>
    <w:p>
      <w:r>
        <w:rPr>
          <w:b w:val="0"/>
          <w:sz w:val="20"/>
        </w:rPr>
        <w:t>Le prix total de la prestation est fixé à la somme de _______________ euros (HT/TTC) selon l’offre acceptée. Les modalités de paiement sont les suivantes :</w:t>
      </w:r>
    </w:p>
    <w:p>
      <w:r>
        <w:rPr>
          <w:b w:val="0"/>
          <w:sz w:val="20"/>
        </w:rPr>
        <w:t>- Acompte à la signature du contrat : _________________ euros</w:t>
      </w:r>
    </w:p>
    <w:p>
      <w:r>
        <w:rPr>
          <w:b w:val="0"/>
          <w:sz w:val="20"/>
        </w:rPr>
        <w:t>- Solde à la réception de la prestation ou selon échéancier convenu</w:t>
      </w:r>
    </w:p>
    <w:p>
      <w:r>
        <w:rPr>
          <w:b w:val="0"/>
          <w:sz w:val="20"/>
        </w:rPr>
        <w:t>Les paiements sont à effectuer par : chèque, virement bancaire ou autre mode convenu.</w:t>
      </w:r>
    </w:p>
    <w:p/>
    <w:p>
      <w:r>
        <w:rPr>
          <w:b/>
          <w:sz w:val="20"/>
        </w:rPr>
        <w:t>Article 6 – Livraison et réception</w:t>
      </w:r>
    </w:p>
    <w:p>
      <w:r>
        <w:rPr>
          <w:b w:val="0"/>
          <w:sz w:val="20"/>
        </w:rPr>
        <w:t>La prestation sera considérée comme livrée lorsque le Prestataire aura remis au Client l’ensemble des éléments convenus et/ou que les travaux auront été réalisés conformément. Le Client s’engage à procéder à la réception dans un délai raisonnable et à signaler les réserves éventuelles par écrit dans les 8 jours suivant la livraison.</w:t>
      </w:r>
    </w:p>
    <w:p/>
    <w:p>
      <w:r>
        <w:rPr>
          <w:b/>
          <w:sz w:val="20"/>
        </w:rPr>
        <w:t>Article 7 – Responsabilité et assurance</w:t>
      </w:r>
    </w:p>
    <w:p>
      <w:r>
        <w:rPr>
          <w:b w:val="0"/>
          <w:sz w:val="20"/>
        </w:rPr>
        <w:t>Le Prestataire est responsable des dommages causés au Client du fait d’une faute prouvée dans l’exécution de la prestation, dans la limite du montant total facturé au Client. Il déclare être assuré en responsabilité civile professionnelle. Le Client demeure responsable de la conformité des locaux et des éventuelles autorisations nécessaires.</w:t>
      </w:r>
    </w:p>
    <w:p/>
    <w:p>
      <w:r>
        <w:rPr>
          <w:b/>
          <w:sz w:val="20"/>
        </w:rPr>
        <w:t>Article 8 – Propriété intellectuelle</w:t>
      </w:r>
    </w:p>
    <w:p>
      <w:r>
        <w:rPr>
          <w:b w:val="0"/>
          <w:sz w:val="20"/>
        </w:rPr>
        <w:t>Tous les documents, plans, croquis, ou créations réalisés par le Prestataire restent sa propriété intellectuelle. Le Client bénéficie d’un droit d’usage strictement personnel et non transférable, dans le cadre de la prestation. Toute reproduction ou exploitation commerciale nécessite l’accord écrit préalable du Prestataire.</w:t>
      </w:r>
    </w:p>
    <w:p/>
    <w:p>
      <w:r>
        <w:rPr>
          <w:b/>
          <w:sz w:val="20"/>
        </w:rPr>
        <w:t>Article 9 – Confidentialité</w:t>
      </w:r>
    </w:p>
    <w:p>
      <w:r>
        <w:rPr>
          <w:b w:val="0"/>
          <w:sz w:val="20"/>
        </w:rPr>
        <w:t>Les parties s’engagent à garder confidentielles les informations échangées dans le cadre de l’exécution du présent contrat, sauf accord préalable écrit ou obligation légale.</w:t>
      </w:r>
    </w:p>
    <w:p/>
    <w:p>
      <w:r>
        <w:rPr>
          <w:b/>
          <w:sz w:val="20"/>
        </w:rPr>
        <w:t>Article 10 – Résiliation</w:t>
      </w:r>
    </w:p>
    <w:p>
      <w:r>
        <w:rPr>
          <w:b w:val="0"/>
          <w:sz w:val="20"/>
        </w:rPr>
        <w:t>En cas de manquement grave de l’une des parties à ses obligations, le contrat pourra être résilié de plein droit après mise en demeure restée sans effet pendant 30 jours. En cas de résiliation, le Prestataire sera rémunéré au prorata des prestations effectivement réalisées.</w:t>
      </w:r>
    </w:p>
    <w:p/>
    <w:p>
      <w:r>
        <w:rPr>
          <w:b/>
          <w:sz w:val="20"/>
        </w:rPr>
        <w:t>Article 11 – Loi applicable et juridiction compétente</w:t>
      </w:r>
    </w:p>
    <w:p>
      <w:r>
        <w:rPr>
          <w:b w:val="0"/>
          <w:sz w:val="20"/>
        </w:rPr>
        <w:t>Le présent contrat est soumis au droit français. En cas de litige relatif à son interprétation ou son exécution, les parties s’efforceront de trouver une solution amiable. À défaut, les tribunaux compétents seront ceux du ressort du siège social du Prestataire, sauf disposition impérative contraire.</w:t>
      </w:r>
    </w:p>
    <w:p/>
    <w:p/>
    <w:p>
      <w:r>
        <w:rPr>
          <w:b w:val="0"/>
          <w:sz w:val="20"/>
        </w:rPr>
        <w:t>Lieu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CLIENT</w:t>
            </w:r>
          </w:p>
        </w:tc>
        <w:tc>
          <w:tcPr>
            <w:tcW w:type="dxa" w:w="4986"/>
            <w:tcBorders>
              <w:top w:val="nil"/>
              <w:left w:val="nil"/>
              <w:bottom w:val="nil"/>
              <w:right w:val="nil"/>
              <w:insideH w:val="nil"/>
              <w:insideV w:val="nil"/>
            </w:tcBorders>
          </w:tcPr>
          <w:p>
            <w:pPr>
              <w:jc w:val="center"/>
            </w:pPr>
            <w:r>
              <w:t>LE PRESTATAIRE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https://jurid-entreprise.com/modele-contrat-decoration-d'interieur/</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decoration-d'interieur/"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