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DE PRÊT DE MAIN D’ŒUVRE</w:t>
      </w:r>
    </w:p>
    <w:p/>
    <w:p>
      <w:r>
        <w:rPr>
          <w:b w:val="0"/>
          <w:sz w:val="20"/>
        </w:rPr>
        <w:t>Lieu : ____________________________</w:t>
      </w:r>
    </w:p>
    <w:p/>
    <w:p>
      <w:r>
        <w:rPr>
          <w:b/>
          <w:sz w:val="20"/>
        </w:rPr>
        <w:t>Informations de l’Entreprise Prêteuse :</w:t>
      </w:r>
    </w:p>
    <w:p>
      <w:r>
        <w:rPr>
          <w:b w:val="0"/>
          <w:sz w:val="20"/>
        </w:rPr>
        <w:t>Raison sociale : ____________________________________________________</w:t>
      </w:r>
    </w:p>
    <w:p>
      <w:r>
        <w:rPr>
          <w:b w:val="0"/>
          <w:sz w:val="20"/>
        </w:rPr>
        <w:t>Adresse du siège social : ____________________________________________</w:t>
      </w:r>
    </w:p>
    <w:p>
      <w:r>
        <w:rPr>
          <w:b w:val="0"/>
          <w:sz w:val="20"/>
        </w:rPr>
        <w:t>Représentée par : ___________________________________________________</w:t>
      </w:r>
    </w:p>
    <w:p>
      <w:r>
        <w:rPr>
          <w:b w:val="0"/>
          <w:sz w:val="20"/>
        </w:rPr>
        <w:t>Fonction : __________________________________________________________</w:t>
      </w:r>
    </w:p>
    <w:p>
      <w:r>
        <w:rPr>
          <w:b w:val="0"/>
          <w:sz w:val="20"/>
        </w:rPr>
        <w:t>Téléphone : _________________________________________________________</w:t>
      </w:r>
    </w:p>
    <w:p/>
    <w:p>
      <w:r>
        <w:rPr>
          <w:b/>
          <w:sz w:val="20"/>
        </w:rPr>
        <w:t>Informations de l’Entreprise Emprunteuse :</w:t>
      </w:r>
    </w:p>
    <w:p>
      <w:r>
        <w:rPr>
          <w:b w:val="0"/>
          <w:sz w:val="20"/>
        </w:rPr>
        <w:t>Raison sociale : ____________________________________________________</w:t>
      </w:r>
    </w:p>
    <w:p>
      <w:r>
        <w:rPr>
          <w:b w:val="0"/>
          <w:sz w:val="20"/>
        </w:rPr>
        <w:t>Adresse du siège social : ____________________________________________</w:t>
      </w:r>
    </w:p>
    <w:p>
      <w:r>
        <w:rPr>
          <w:b w:val="0"/>
          <w:sz w:val="20"/>
        </w:rPr>
        <w:t>Représentée par : ___________________________________________________</w:t>
      </w:r>
    </w:p>
    <w:p>
      <w:r>
        <w:rPr>
          <w:b w:val="0"/>
          <w:sz w:val="20"/>
        </w:rPr>
        <w:t>Fonction : __________________________________________________________</w:t>
      </w:r>
    </w:p>
    <w:p>
      <w:r>
        <w:rPr>
          <w:b w:val="0"/>
          <w:sz w:val="20"/>
        </w:rPr>
        <w:t>Téléphone : _________________________________________________________</w:t>
      </w:r>
    </w:p>
    <w:p/>
    <w:p>
      <w:r>
        <w:rPr>
          <w:b/>
          <w:sz w:val="20"/>
        </w:rPr>
        <w:t>Informations sur le Salarié Prêté :</w:t>
      </w:r>
    </w:p>
    <w:p>
      <w:r>
        <w:rPr>
          <w:b w:val="0"/>
          <w:sz w:val="20"/>
        </w:rPr>
        <w:t>Nom et prénom : ____________________________________________________</w:t>
      </w:r>
    </w:p>
    <w:p>
      <w:r>
        <w:rPr>
          <w:b w:val="0"/>
          <w:sz w:val="20"/>
        </w:rPr>
        <w:t>Date de naissance : _________________________________________________</w:t>
      </w:r>
    </w:p>
    <w:p>
      <w:r>
        <w:rPr>
          <w:b w:val="0"/>
          <w:sz w:val="20"/>
        </w:rPr>
        <w:t>Poste occupé : _____________________________________________________</w:t>
      </w:r>
    </w:p>
    <w:p>
      <w:r>
        <w:rPr>
          <w:b w:val="0"/>
          <w:sz w:val="20"/>
        </w:rPr>
        <w:t>Qualification professionnelle : _____________________________________</w:t>
      </w:r>
    </w:p>
    <w:p>
      <w:r>
        <w:rPr>
          <w:b w:val="0"/>
          <w:sz w:val="20"/>
        </w:rPr>
        <w:t>Durée prévisionnelle du prêt : ______________________________________</w:t>
      </w:r>
    </w:p>
    <w:p/>
    <w:p>
      <w:r>
        <w:rPr>
          <w:b/>
          <w:sz w:val="20"/>
        </w:rPr>
        <w:t>Article 1 – Objet du contrat</w:t>
      </w:r>
    </w:p>
    <w:p>
      <w:r>
        <w:rPr>
          <w:b w:val="0"/>
          <w:sz w:val="20"/>
        </w:rPr>
        <w:t>Le présent contrat a pour objet le prêt temporaire de main d’œuvre entre l’Entreprise Prêteuse et l’Entreprise Emprunteuse. L’Entreprise Prêteuse met à disposition de l’Entreprise Emprunteuse le salarié désigné ci-dessus, qui exercera ses fonctions sous la responsabilité de cette dernière, dans le cadre et selon les conditions définies au présent contrat.</w:t>
      </w:r>
    </w:p>
    <w:p/>
    <w:p>
      <w:r>
        <w:rPr>
          <w:b/>
          <w:sz w:val="20"/>
        </w:rPr>
        <w:t>Article 2 – Durée du prêt</w:t>
      </w:r>
    </w:p>
    <w:p>
      <w:r>
        <w:rPr>
          <w:b w:val="0"/>
          <w:sz w:val="20"/>
        </w:rPr>
        <w:t>La durée du prêt de main d’œuvre est fixée à la période indiquée ci-dessus. Elle peut être renouvelée par avenant écrit signé par les deux parties. Le contrat peut être résilié par chacune des parties à tout moment sous réserve d’un préavis de ______ jours, sauf accord contraire.</w:t>
      </w:r>
    </w:p>
    <w:p/>
    <w:p>
      <w:r>
        <w:rPr>
          <w:b/>
          <w:sz w:val="20"/>
        </w:rPr>
        <w:t>Article 3 – Conditions de travail</w:t>
      </w:r>
    </w:p>
    <w:p>
      <w:r>
        <w:rPr>
          <w:b w:val="0"/>
          <w:sz w:val="20"/>
        </w:rPr>
        <w:t>Le salarié prêté exercera ses fonctions dans les locaux de l’Entreprise Emprunteuse ou sur les sites indiqués : _______________________________. L’Entreprise Emprunteuse s’engage à respecter la réglementation applicable en matière de santé, sécurité, horaires et conditions de travail.</w:t>
      </w:r>
    </w:p>
    <w:p/>
    <w:p>
      <w:r>
        <w:rPr>
          <w:b/>
          <w:sz w:val="20"/>
        </w:rPr>
        <w:t>Article 4 – Rémunération et facturation</w:t>
      </w:r>
    </w:p>
    <w:p>
      <w:r>
        <w:rPr>
          <w:b w:val="0"/>
          <w:sz w:val="20"/>
        </w:rPr>
        <w:t>Le salarié prêté reste salarié de l’Entreprise Prêteuse, qui conserve l’intégralité des relations contractuelles avec lui. L’Entreprise Emprunteuse remboursera à l’Entreprise Prêteuse les sommes correspondant à la rémunération, charges sociales et frais annexes, selon les modalités suivantes :</w:t>
      </w:r>
    </w:p>
    <w:p>
      <w:r>
        <w:rPr>
          <w:b w:val="0"/>
          <w:sz w:val="20"/>
        </w:rPr>
        <w:t>Montant horaire/journalier : __________________ EUR</w:t>
      </w:r>
    </w:p>
    <w:p>
      <w:r>
        <w:rPr>
          <w:b w:val="0"/>
          <w:sz w:val="20"/>
        </w:rPr>
        <w:t>Facturation : _______________________________________________________</w:t>
      </w:r>
    </w:p>
    <w:p/>
    <w:p>
      <w:r>
        <w:rPr>
          <w:b/>
          <w:sz w:val="20"/>
        </w:rPr>
        <w:t>Article 5 – Obligations de l’Entreprise Prêteuse</w:t>
      </w:r>
    </w:p>
    <w:p>
      <w:r>
        <w:rPr>
          <w:b w:val="0"/>
          <w:sz w:val="20"/>
        </w:rPr>
        <w:t>L’Entreprise Prêteuse garantit que le salarié est qualifié et apte à exécuter la mission confiée. Elle reste responsable du versement de la rémunération, des charges sociales et du respect du Code du travail. Elle s’engage à informer immédiatement l’Entreprise Emprunteuse de tout changement affectant la situation du salarié.</w:t>
      </w:r>
    </w:p>
    <w:p/>
    <w:p>
      <w:r>
        <w:rPr>
          <w:b/>
          <w:sz w:val="20"/>
        </w:rPr>
        <w:t>Article 6 – Obligations de l’Entreprise Emprunteuse</w:t>
      </w:r>
    </w:p>
    <w:p>
      <w:r>
        <w:rPr>
          <w:b w:val="0"/>
          <w:sz w:val="20"/>
        </w:rPr>
        <w:t>L’Entreprise Emprunteuse s’engage à fournir un environnement de travail sûr et conforme aux normes applicables, à respecter les obligations légales et conventionnelles concernant le salarié prêté, et à notifier tout accident ou incident à l’Entreprise Prêteuse. Elle garantit également le respect du secret professionnel et la confidentialité des informations auxquelles le salarié pourrait avoir accès.</w:t>
      </w:r>
    </w:p>
    <w:p/>
    <w:p>
      <w:r>
        <w:rPr>
          <w:b/>
          <w:sz w:val="20"/>
        </w:rPr>
        <w:t>Article 7 – Responsabilités</w:t>
      </w:r>
    </w:p>
    <w:p>
      <w:r>
        <w:rPr>
          <w:b w:val="0"/>
          <w:sz w:val="20"/>
        </w:rPr>
        <w:t>L’Entreprise Emprunteuse est responsable de la surveillance et de la discipline du salarié pendant la durée du prêt. Elle assume la responsabilité des actes accomplis par le salarié dans le cadre de la mission. L’Entreprise Prêteuse reste responsable de la relation de travail et des obligations légales afférentes.</w:t>
      </w:r>
    </w:p>
    <w:p/>
    <w:p>
      <w:r>
        <w:rPr>
          <w:b/>
          <w:sz w:val="20"/>
        </w:rPr>
        <w:t>Article 8 – Assurance</w:t>
      </w:r>
    </w:p>
    <w:p>
      <w:r>
        <w:rPr>
          <w:b w:val="0"/>
          <w:sz w:val="20"/>
        </w:rPr>
        <w:t>Chaque partie déclare être assurée pour les risques liés à l’exécution du présent contrat. L’Entreprise Emprunteuse s’engage à souscrire les assurances nécessaires pour couvrir les risques liés à l’activité confiée au salarié prêté.</w:t>
      </w:r>
    </w:p>
    <w:p/>
    <w:p>
      <w:r>
        <w:rPr>
          <w:b/>
          <w:sz w:val="20"/>
        </w:rPr>
        <w:t>Article 9 – Confidentialité</w:t>
      </w:r>
    </w:p>
    <w:p>
      <w:r>
        <w:rPr>
          <w:b w:val="0"/>
          <w:sz w:val="20"/>
        </w:rPr>
        <w:t>Les parties s’engagent à respecter la confidentialité des informations échangées dans le cadre du présent contrat, et à ne pas divulguer les données relatives au salarié ou à l’autre partie, sauf accord écrit préalable.</w:t>
      </w:r>
    </w:p>
    <w:p/>
    <w:p>
      <w:r>
        <w:rPr>
          <w:b/>
          <w:sz w:val="20"/>
        </w:rPr>
        <w:t>Article 10 – Modification du contrat</w:t>
      </w:r>
    </w:p>
    <w:p>
      <w:r>
        <w:rPr>
          <w:b w:val="0"/>
          <w:sz w:val="20"/>
        </w:rPr>
        <w:t>Toute modification du présent contrat devra faire l’objet d’un avenant écrit, signé par les deux parties.</w:t>
      </w:r>
    </w:p>
    <w:p/>
    <w:p>
      <w:r>
        <w:rPr>
          <w:b/>
          <w:sz w:val="20"/>
        </w:rPr>
        <w:t>Article 11 – Résiliation</w:t>
      </w:r>
    </w:p>
    <w:p>
      <w:r>
        <w:rPr>
          <w:b w:val="0"/>
          <w:sz w:val="20"/>
        </w:rPr>
        <w:t>Le présent contrat peut être résilié par l’une ou l’autre des parties en respectant le préavis indiqué à l’Article 2. En cas de manquement grave, la résiliation pourra intervenir sans préavis.</w:t>
      </w:r>
    </w:p>
    <w:p/>
    <w:p>
      <w:r>
        <w:rPr>
          <w:b/>
          <w:sz w:val="20"/>
        </w:rPr>
        <w:t>Article 12 – Litiges</w:t>
      </w:r>
    </w:p>
    <w:p>
      <w:r>
        <w:rPr>
          <w:b w:val="0"/>
          <w:sz w:val="20"/>
        </w:rPr>
        <w:t>Tout différend relatif à l’interprétation ou à l’exécution du présent contrat sera soumis au tribunal compétent dans le ressort du siège social de l’Entreprise Prêteuse.</w:t>
      </w:r>
    </w:p>
    <w:p/>
    <w:p/>
    <w:p>
      <w:r>
        <w:rPr>
          <w:b w:val="0"/>
          <w:sz w:val="20"/>
        </w:rPr>
        <w:t>Lieu de signature :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ENTREPRISE PRÊTEUSE</w:t>
            </w:r>
          </w:p>
        </w:tc>
        <w:tc>
          <w:tcPr>
            <w:tcW w:type="dxa" w:w="4986"/>
            <w:tcBorders>
              <w:top w:val="nil"/>
              <w:left w:val="nil"/>
              <w:bottom w:val="nil"/>
              <w:right w:val="nil"/>
              <w:insideH w:val="nil"/>
              <w:insideV w:val="nil"/>
            </w:tcBorders>
          </w:tcPr>
          <w:p>
            <w:pPr>
              <w:jc w:val="center"/>
            </w:pPr>
            <w:r>
              <w:t>ENTREPRISE EMPRUNTEUSE</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et fonction : _________________________________________</w:t>
            </w:r>
          </w:p>
        </w:tc>
        <w:tc>
          <w:tcPr>
            <w:tcW w:type="dxa" w:w="4986"/>
            <w:tcBorders>
              <w:top w:val="nil"/>
              <w:left w:val="nil"/>
              <w:bottom w:val="nil"/>
              <w:right w:val="nil"/>
              <w:insideH w:val="nil"/>
              <w:insideV w:val="nil"/>
            </w:tcBorders>
          </w:tcPr>
          <w:p>
            <w:pPr>
              <w:jc w:val="center"/>
            </w:pPr>
            <w:r>
              <w:t>Nom et fonction : _________________________________________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https://jurid-entreprise.com/modele-contrat-de-pret-de-main-d'oeuvre/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modele-contrat-de-pret-de-main-d'oeuvre/"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