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PENSION POUR BOVINS</w:t>
      </w:r>
    </w:p>
    <w:p/>
    <w:p>
      <w:r>
        <w:rPr>
          <w:b w:val="0"/>
          <w:sz w:val="20"/>
        </w:rPr>
        <w:t>Lieu : ____________________________    Date : ____________________________</w:t>
      </w:r>
    </w:p>
    <w:p/>
    <w:p>
      <w:r>
        <w:rPr>
          <w:b/>
          <w:sz w:val="20"/>
        </w:rPr>
        <w:t>Entre les soussignés :</w:t>
      </w:r>
    </w:p>
    <w:p>
      <w:r>
        <w:rPr>
          <w:b/>
          <w:sz w:val="20"/>
        </w:rPr>
        <w:t>Le Propriétaire des bovins :</w:t>
      </w:r>
    </w:p>
    <w:p>
      <w:r>
        <w:rPr>
          <w:b w:val="0"/>
          <w:sz w:val="20"/>
        </w:rPr>
        <w:t>Nom et Prénom : ___________________________________________________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p>
      <w:r>
        <w:rPr>
          <w:b/>
          <w:sz w:val="20"/>
        </w:rPr>
        <w:t>Le Prestataire de pension :</w:t>
      </w:r>
    </w:p>
    <w:p>
      <w:r>
        <w:rPr>
          <w:b w:val="0"/>
          <w:sz w:val="20"/>
        </w:rPr>
        <w:t>Nom et Prénom : ___________________________________________________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p>
      <w:r>
        <w:rPr>
          <w:b/>
          <w:sz w:val="20"/>
        </w:rPr>
        <w:t>Article 1 – Objet du contrat</w:t>
      </w:r>
    </w:p>
    <w:p>
      <w:r>
        <w:rPr>
          <w:b w:val="0"/>
          <w:sz w:val="20"/>
        </w:rPr>
        <w:t>Le présent contrat a pour objet la garde et l’entretien des bovins appartenant au Propriétaire, confiés au Prestataire pour une pension en élevage. Le Prestataire s’engage à prendre soin des animaux conformément aux règles de l’art et aux dispositions légales en vigueur.</w:t>
      </w:r>
    </w:p>
    <w:p/>
    <w:p>
      <w:r>
        <w:rPr>
          <w:b/>
          <w:sz w:val="20"/>
        </w:rPr>
        <w:t>Article 2 – Description des bovins confiés</w:t>
      </w:r>
    </w:p>
    <w:p>
      <w:r>
        <w:rPr>
          <w:b w:val="0"/>
          <w:sz w:val="20"/>
        </w:rPr>
        <w:t>Le Propriétaire remet au Prestataire les bovins suivants :</w:t>
      </w:r>
    </w:p>
    <w:p>
      <w:r>
        <w:rPr>
          <w:b w:val="0"/>
          <w:sz w:val="20"/>
        </w:rPr>
        <w:t>Nombre : __________</w:t>
      </w:r>
    </w:p>
    <w:p>
      <w:r>
        <w:rPr>
          <w:b w:val="0"/>
          <w:sz w:val="20"/>
        </w:rPr>
        <w:t>Race(s) : __________________________________________________________</w:t>
      </w:r>
    </w:p>
    <w:p>
      <w:r>
        <w:rPr>
          <w:b w:val="0"/>
          <w:sz w:val="20"/>
        </w:rPr>
        <w:t>Identification (numéros, tatouages, boucles) : ________________________</w:t>
      </w:r>
    </w:p>
    <w:p>
      <w:r>
        <w:rPr>
          <w:b w:val="0"/>
          <w:sz w:val="20"/>
        </w:rPr>
        <w:t>Âge approximatif : ________________________________________________</w:t>
      </w:r>
    </w:p>
    <w:p/>
    <w:p>
      <w:r>
        <w:rPr>
          <w:b/>
          <w:sz w:val="20"/>
        </w:rPr>
        <w:t>Article 3 – Durée du contrat</w:t>
      </w:r>
    </w:p>
    <w:p>
      <w:r>
        <w:rPr>
          <w:b w:val="0"/>
          <w:sz w:val="20"/>
        </w:rPr>
        <w:t>Le présent contrat est conclu pour une durée de ______ mois/années, à compter de la date de remise des bovins. Il pourra être renouvelé ou résilié selon les modalités prévues aux articles suivants.</w:t>
      </w:r>
    </w:p>
    <w:p/>
    <w:p>
      <w:r>
        <w:rPr>
          <w:b/>
          <w:sz w:val="20"/>
        </w:rPr>
        <w:t>Article 4 – Obligations du Prestataire</w:t>
      </w:r>
    </w:p>
    <w:p>
      <w:r>
        <w:rPr>
          <w:b w:val="0"/>
          <w:sz w:val="20"/>
        </w:rPr>
        <w:t>Le Prestataire s’engage à :</w:t>
      </w:r>
    </w:p>
    <w:p>
      <w:r>
        <w:rPr>
          <w:b w:val="0"/>
          <w:sz w:val="20"/>
        </w:rPr>
        <w:t>- Assurer la garde, l’alimentation, les soins courants et la surveillance des bovins confiés.</w:t>
      </w:r>
    </w:p>
    <w:p>
      <w:r>
        <w:rPr>
          <w:b w:val="0"/>
          <w:sz w:val="20"/>
        </w:rPr>
        <w:t>- Maintenir les animaux dans un état sanitaire satisfaisant conformément aux règles d’élevage et aux prescriptions vétérinaires.</w:t>
      </w:r>
    </w:p>
    <w:p>
      <w:r>
        <w:rPr>
          <w:b w:val="0"/>
          <w:sz w:val="20"/>
        </w:rPr>
        <w:t>- Informer immédiatement le Propriétaire de tout accident, maladie ou évènement exceptionnel concernant les bovins.</w:t>
      </w:r>
    </w:p>
    <w:p>
      <w:r>
        <w:rPr>
          <w:b w:val="0"/>
          <w:sz w:val="20"/>
        </w:rPr>
        <w:t>- Tenir un registre des soins et interventions effectuées sur les animaux.</w:t>
      </w:r>
    </w:p>
    <w:p/>
    <w:p>
      <w:r>
        <w:rPr>
          <w:b/>
          <w:sz w:val="20"/>
        </w:rPr>
        <w:t>Article 5 – Obligations du Propriétaire</w:t>
      </w:r>
    </w:p>
    <w:p>
      <w:r>
        <w:rPr>
          <w:b w:val="0"/>
          <w:sz w:val="20"/>
        </w:rPr>
        <w:t>Le Propriétaire s’engage à :</w:t>
      </w:r>
    </w:p>
    <w:p>
      <w:r>
        <w:rPr>
          <w:b w:val="0"/>
          <w:sz w:val="20"/>
        </w:rPr>
        <w:t>- Fournir au Prestataire les bovins en bonne santé et en état conforme à la garde.</w:t>
      </w:r>
    </w:p>
    <w:p>
      <w:r>
        <w:rPr>
          <w:b w:val="0"/>
          <w:sz w:val="20"/>
        </w:rPr>
        <w:t>- Transmettre toutes les informations utiles concernant la santé, l’alimentation et le comportement des bovins.</w:t>
      </w:r>
    </w:p>
    <w:p>
      <w:r>
        <w:rPr>
          <w:b w:val="0"/>
          <w:sz w:val="20"/>
        </w:rPr>
        <w:t>- Régler la pension aux échéances convenues et prendre en charge les frais vétérinaires exceptionnels, sauf accord contraire.</w:t>
      </w:r>
    </w:p>
    <w:p/>
    <w:p>
      <w:r>
        <w:rPr>
          <w:b/>
          <w:sz w:val="20"/>
        </w:rPr>
        <w:t>Article 6 – Conditions financières</w:t>
      </w:r>
    </w:p>
    <w:p>
      <w:r>
        <w:rPr>
          <w:b w:val="0"/>
          <w:sz w:val="20"/>
        </w:rPr>
        <w:t>Le montant de la pension est fixé à : ___________ EUR par bovin et par période de ___________.</w:t>
      </w:r>
    </w:p>
    <w:p>
      <w:r>
        <w:rPr>
          <w:b w:val="0"/>
          <w:sz w:val="20"/>
        </w:rPr>
        <w:t>Le paiement s’effectuera selon les modalités suivantes : ________________________________</w:t>
      </w:r>
    </w:p>
    <w:p>
      <w:r>
        <w:rPr>
          <w:b w:val="0"/>
          <w:sz w:val="20"/>
        </w:rPr>
        <w:t>Toute prestation ou soin supplémentaire fera l’objet d’une facturation distincte et justifiée.</w:t>
      </w:r>
    </w:p>
    <w:p/>
    <w:p>
      <w:r>
        <w:rPr>
          <w:b/>
          <w:sz w:val="20"/>
        </w:rPr>
        <w:t>Article 7 – Responsabilité</w:t>
      </w:r>
    </w:p>
    <w:p>
      <w:r>
        <w:rPr>
          <w:b w:val="0"/>
          <w:sz w:val="20"/>
        </w:rPr>
        <w:t>Le Prestataire est responsable des bovins confiés en cas de faute prouvée ou de négligence dans l’exécution de ses obligations. Il n’est pas responsable des pertes ou dommages résultant de cas de force majeure, d’accidents imprévisibles, de maladies contagieuses ou d’actes de tiers, sauf faute de sa part.</w:t>
      </w:r>
    </w:p>
    <w:p/>
    <w:p>
      <w:r>
        <w:rPr>
          <w:b/>
          <w:sz w:val="20"/>
        </w:rPr>
        <w:t>Article 8 – Résiliation du contrat</w:t>
      </w:r>
    </w:p>
    <w:p>
      <w:r>
        <w:rPr>
          <w:b w:val="0"/>
          <w:sz w:val="20"/>
        </w:rPr>
        <w:t>Le contrat peut être résilié par l’une ou l’autre des parties moyennant un préavis de ______ jours adressé par lettre recommandée avec accusé de réception.</w:t>
      </w:r>
    </w:p>
    <w:p>
      <w:r>
        <w:rPr>
          <w:b w:val="0"/>
          <w:sz w:val="20"/>
        </w:rPr>
        <w:t>En cas de manquement grave aux obligations contractuelles, la résiliation peut intervenir sans préavis.</w:t>
      </w:r>
    </w:p>
    <w:p/>
    <w:p>
      <w:r>
        <w:rPr>
          <w:b/>
          <w:sz w:val="20"/>
        </w:rPr>
        <w:t>Article 9 – Restitution des bovins</w:t>
      </w:r>
    </w:p>
    <w:p>
      <w:r>
        <w:rPr>
          <w:b w:val="0"/>
          <w:sz w:val="20"/>
        </w:rPr>
        <w:t>À l’issue du contrat, le Prestataire s’engage à restituer les bovins au Propriétaire en bon état apparent, tenant compte de l’âge et de l’usage.</w:t>
      </w:r>
    </w:p>
    <w:p>
      <w:r>
        <w:rPr>
          <w:b w:val="0"/>
          <w:sz w:val="20"/>
        </w:rPr>
        <w:t>Toute dégradation constatée devra être justifiée et fera l’objet d’une indemnisation si elle résulte d’une faute du Prestataire.</w:t>
      </w:r>
    </w:p>
    <w:p/>
    <w:p>
      <w:r>
        <w:rPr>
          <w:b/>
          <w:sz w:val="20"/>
        </w:rPr>
        <w:t>Article 10 – Litiges et droit applicable</w:t>
      </w:r>
    </w:p>
    <w:p>
      <w:r>
        <w:rPr>
          <w:b w:val="0"/>
          <w:sz w:val="20"/>
        </w:rPr>
        <w:t>Le présent contrat est soumis au droit français. En cas de litige relatif à son interprétation ou son exécution, les parties tenteront une résolution amiable. À défaut, le tribunal compétent sera celui du domicile du Prestataire.</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PROPRIÉTAIRE</w:t>
            </w:r>
          </w:p>
        </w:tc>
        <w:tc>
          <w:tcPr>
            <w:tcW w:type="dxa" w:w="4986"/>
            <w:tcBorders>
              <w:top w:val="nil"/>
              <w:left w:val="nil"/>
              <w:bottom w:val="nil"/>
              <w:right w:val="nil"/>
              <w:insideH w:val="nil"/>
              <w:insideV w:val="nil"/>
            </w:tcBorders>
          </w:tcPr>
          <w:p>
            <w:pPr>
              <w:jc w:val="center"/>
            </w:pPr>
            <w:r>
              <w:t>LE PRESTATAIRE DE PENSION</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https://jurid-entreprise.com/modele-contrat-de-pension-pour-bovins/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de-pension-pour-bovins/"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