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CONTRAT D’ENGAGEMENT ARTISTIQUE</w:t>
      </w:r>
    </w:p>
    <w:p/>
    <w:p>
      <w:r>
        <w:rPr>
          <w:b/>
          <w:sz w:val="20"/>
        </w:rPr>
        <w:t>Entre les soussignés :</w:t>
      </w:r>
    </w:p>
    <w:p>
      <w:r>
        <w:rPr>
          <w:b w:val="0"/>
          <w:sz w:val="20"/>
        </w:rPr>
        <w:t>L’Organisateur : ____________________________________________________</w:t>
      </w:r>
    </w:p>
    <w:p>
      <w:r>
        <w:rPr>
          <w:b w:val="0"/>
          <w:sz w:val="20"/>
        </w:rPr>
        <w:t>Adresse : ___________________________________________________________</w:t>
      </w:r>
    </w:p>
    <w:p>
      <w:r>
        <w:rPr>
          <w:b w:val="0"/>
          <w:sz w:val="20"/>
        </w:rPr>
        <w:t>Représenté par : ____________________________________________________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Et l’Artiste : ______________________________________________________</w:t>
      </w:r>
    </w:p>
    <w:p>
      <w:r>
        <w:rPr>
          <w:b w:val="0"/>
          <w:sz w:val="20"/>
        </w:rPr>
        <w:t>Adresse : ___________________________________________________________</w:t>
      </w:r>
    </w:p>
    <w:p>
      <w:r>
        <w:rPr>
          <w:b w:val="0"/>
          <w:sz w:val="20"/>
        </w:rPr>
        <w:t>N° SIRET ou Identifiant : ____________________________________________</w:t>
      </w:r>
    </w:p>
    <w:p>
      <w:r>
        <w:rPr>
          <w:b w:val="0"/>
          <w:sz w:val="20"/>
        </w:rPr>
        <w:t>Téléphone : _________________________________________________________</w:t>
      </w:r>
    </w:p>
    <w:p/>
    <w:p>
      <w:r>
        <w:rPr>
          <w:b/>
          <w:sz w:val="20"/>
        </w:rPr>
        <w:t>Préambule</w:t>
      </w:r>
    </w:p>
    <w:p>
      <w:r>
        <w:rPr>
          <w:b w:val="0"/>
          <w:sz w:val="20"/>
        </w:rPr>
        <w:t>Le présent contrat a pour objet de définir les conditions dans lesquelles l’Artiste s’engage à réaliser une prestation artistique pour l’Organisateur.</w:t>
      </w:r>
    </w:p>
    <w:p/>
    <w:p>
      <w:r>
        <w:rPr>
          <w:b/>
          <w:sz w:val="20"/>
        </w:rPr>
        <w:t>Article 1 – Objet de la prestation</w:t>
      </w:r>
    </w:p>
    <w:p>
      <w:r>
        <w:rPr>
          <w:b w:val="0"/>
          <w:sz w:val="20"/>
        </w:rPr>
        <w:t>L’Artiste réalisera une prestation artistique consistant en : ________________________________________________________________</w:t>
      </w:r>
    </w:p>
    <w:p>
      <w:r>
        <w:rPr>
          <w:b w:val="0"/>
          <w:sz w:val="20"/>
        </w:rPr>
        <w:t>Cette prestation aura lieu à l’adresse suivante : ____________________________________________</w:t>
      </w:r>
    </w:p>
    <w:p>
      <w:r>
        <w:rPr>
          <w:b w:val="0"/>
          <w:sz w:val="20"/>
        </w:rPr>
        <w:t>Le lieu, la date et l’heure de la prestation seront confirmés par l’Organisateur en temps utile.</w:t>
      </w:r>
    </w:p>
    <w:p/>
    <w:p>
      <w:r>
        <w:rPr>
          <w:b/>
          <w:sz w:val="20"/>
        </w:rPr>
        <w:t>Article 2 – Durée de la prestation</w:t>
      </w:r>
    </w:p>
    <w:p>
      <w:r>
        <w:rPr>
          <w:b w:val="0"/>
          <w:sz w:val="20"/>
        </w:rPr>
        <w:t>La durée totale de la prestation est fixée à : ___________________________ (heures/jours).</w:t>
      </w:r>
    </w:p>
    <w:p>
      <w:r>
        <w:rPr>
          <w:b w:val="0"/>
          <w:sz w:val="20"/>
        </w:rPr>
        <w:t>L’Artiste s’engage à être présent à l’heure convenue et à assurer la prestation dans son intégralité.</w:t>
      </w:r>
    </w:p>
    <w:p/>
    <w:p>
      <w:r>
        <w:rPr>
          <w:b/>
          <w:sz w:val="20"/>
        </w:rPr>
        <w:t>Article 3 – Rémunération</w:t>
      </w:r>
    </w:p>
    <w:p>
      <w:r>
        <w:rPr>
          <w:b w:val="0"/>
          <w:sz w:val="20"/>
        </w:rPr>
        <w:t>En contrepartie de la prestation, l’Organisateur versera à l’Artiste la somme nette de : _______________________ EUR.</w:t>
      </w:r>
    </w:p>
    <w:p>
      <w:r>
        <w:rPr>
          <w:b w:val="0"/>
          <w:sz w:val="20"/>
        </w:rPr>
        <w:t>Le paiement sera effectué selon les modalités suivantes : ____________________________________________________________</w:t>
      </w:r>
    </w:p>
    <w:p>
      <w:r>
        <w:rPr>
          <w:b w:val="0"/>
          <w:sz w:val="20"/>
        </w:rPr>
        <w:t>Le versement interviendra au plus tard à la fin de la prestation, sauf accord contraire écrit.</w:t>
      </w:r>
    </w:p>
    <w:p/>
    <w:p>
      <w:r>
        <w:rPr>
          <w:b/>
          <w:sz w:val="20"/>
        </w:rPr>
        <w:t>Article 4 – Obligations de l’Artiste</w:t>
      </w:r>
    </w:p>
    <w:p>
      <w:r>
        <w:rPr>
          <w:b w:val="0"/>
          <w:sz w:val="20"/>
        </w:rPr>
        <w:t>L’Artiste s’engage à :</w:t>
      </w:r>
    </w:p>
    <w:p>
      <w:r>
        <w:rPr>
          <w:b w:val="0"/>
          <w:sz w:val="20"/>
        </w:rPr>
        <w:t>- Réaliser la prestation avec diligence et professionnalisme ;</w:t>
      </w:r>
    </w:p>
    <w:p>
      <w:r>
        <w:rPr>
          <w:b w:val="0"/>
          <w:sz w:val="20"/>
        </w:rPr>
        <w:t>- Fournir le matériel nécessaire, sauf stipulation contraire ;</w:t>
      </w:r>
    </w:p>
    <w:p>
      <w:r>
        <w:rPr>
          <w:b w:val="0"/>
          <w:sz w:val="20"/>
        </w:rPr>
        <w:t>- Respecter les règles de sécurité en vigueur sur le lieu de la prestation ;</w:t>
      </w:r>
    </w:p>
    <w:p>
      <w:r>
        <w:rPr>
          <w:b w:val="0"/>
          <w:sz w:val="20"/>
        </w:rPr>
        <w:t>- Ne pas céder ses droits ou obligations sans accord écrit préalable de l’Organisateur.</w:t>
      </w:r>
    </w:p>
    <w:p/>
    <w:p>
      <w:r>
        <w:rPr>
          <w:b/>
          <w:sz w:val="20"/>
        </w:rPr>
        <w:t>Article 5 – Obligations de l’Organisateur</w:t>
      </w:r>
    </w:p>
    <w:p>
      <w:r>
        <w:rPr>
          <w:b w:val="0"/>
          <w:sz w:val="20"/>
        </w:rPr>
        <w:t>L’Organisateur s’engage à :</w:t>
      </w:r>
    </w:p>
    <w:p>
      <w:r>
        <w:rPr>
          <w:b w:val="0"/>
          <w:sz w:val="20"/>
        </w:rPr>
        <w:t>- Mettre à disposition les locaux et équipements nécessaires pour la prestation ;</w:t>
      </w:r>
    </w:p>
    <w:p>
      <w:r>
        <w:rPr>
          <w:b w:val="0"/>
          <w:sz w:val="20"/>
        </w:rPr>
        <w:t>- Assurer l’accès sécurisé au lieu de la prestation ;</w:t>
      </w:r>
    </w:p>
    <w:p>
      <w:r>
        <w:rPr>
          <w:b w:val="0"/>
          <w:sz w:val="20"/>
        </w:rPr>
        <w:t>- Verser la rémunération convenue dans les délais prévus ;</w:t>
      </w:r>
    </w:p>
    <w:p>
      <w:r>
        <w:rPr>
          <w:b w:val="0"/>
          <w:sz w:val="20"/>
        </w:rPr>
        <w:t>- Informer l’Artiste de toute modification éventuelle relative à la prestation.</w:t>
      </w:r>
    </w:p>
    <w:p/>
    <w:p>
      <w:r>
        <w:rPr>
          <w:b/>
          <w:sz w:val="20"/>
        </w:rPr>
        <w:t>Article 6 – Annulation et report</w:t>
      </w:r>
    </w:p>
    <w:p>
      <w:r>
        <w:rPr>
          <w:b w:val="0"/>
          <w:sz w:val="20"/>
        </w:rPr>
        <w:t>En cas d’annulation ou de report, les parties s’engagent à se prévenir dans les meilleurs délais.</w:t>
      </w:r>
    </w:p>
    <w:p>
      <w:r>
        <w:rPr>
          <w:b w:val="0"/>
          <w:sz w:val="20"/>
        </w:rPr>
        <w:t>Toute annulation par l’Organisateur moins de ______ jours avant la date prévue pourra entraîner une indemnisation à hauteur de ______ % de la rémunération.</w:t>
      </w:r>
    </w:p>
    <w:p>
      <w:r>
        <w:rPr>
          <w:b w:val="0"/>
          <w:sz w:val="20"/>
        </w:rPr>
        <w:t>En cas de force majeure, les obligations des parties seront suspendues sans indemnité.</w:t>
      </w:r>
    </w:p>
    <w:p/>
    <w:p>
      <w:r>
        <w:rPr>
          <w:b/>
          <w:sz w:val="20"/>
        </w:rPr>
        <w:t>Article 7 – Propriété intellectuelle</w:t>
      </w:r>
    </w:p>
    <w:p>
      <w:r>
        <w:rPr>
          <w:b w:val="0"/>
          <w:sz w:val="20"/>
        </w:rPr>
        <w:t>L’Artiste conserve la propriété des droits d’auteur sur ses créations.</w:t>
      </w:r>
    </w:p>
    <w:p>
      <w:r>
        <w:rPr>
          <w:b w:val="0"/>
          <w:sz w:val="20"/>
        </w:rPr>
        <w:t>Toute reproduction, représentation ou diffusion des œuvres réalisées nécessite l’accord préalable écrit de l’Artiste.</w:t>
      </w:r>
    </w:p>
    <w:p>
      <w:r>
        <w:rPr>
          <w:b w:val="0"/>
          <w:sz w:val="20"/>
        </w:rPr>
        <w:t>L’Organisateur s’engage à respecter ces droits conformément au Code de la propriété intellectuelle.</w:t>
      </w:r>
    </w:p>
    <w:p/>
    <w:p>
      <w:r>
        <w:rPr>
          <w:b/>
          <w:sz w:val="20"/>
        </w:rPr>
        <w:t>Article 8 – Responsabilité</w:t>
      </w:r>
    </w:p>
    <w:p>
      <w:r>
        <w:rPr>
          <w:b w:val="0"/>
          <w:sz w:val="20"/>
        </w:rPr>
        <w:t>L’Artiste est responsable de la bonne exécution de sa prestation.</w:t>
      </w:r>
    </w:p>
    <w:p>
      <w:r>
        <w:rPr>
          <w:b w:val="0"/>
          <w:sz w:val="20"/>
        </w:rPr>
        <w:t>L’Organisateur est responsable de la sécurité du site et des tiers présents.</w:t>
      </w:r>
    </w:p>
    <w:p>
      <w:r>
        <w:rPr>
          <w:b w:val="0"/>
          <w:sz w:val="20"/>
        </w:rPr>
        <w:t>Les parties s’exonèrent mutuellement de toute responsabilité en cas de dommages indirects.</w:t>
      </w:r>
    </w:p>
    <w:p/>
    <w:p>
      <w:r>
        <w:rPr>
          <w:b/>
          <w:sz w:val="20"/>
        </w:rPr>
        <w:t>Article 9 – Données personnelles</w:t>
      </w:r>
    </w:p>
    <w:p>
      <w:r>
        <w:rPr>
          <w:b w:val="0"/>
          <w:sz w:val="20"/>
        </w:rPr>
        <w:t>Les données recueillies dans le cadre du présent contrat sont nécessaires à son exécution.</w:t>
      </w:r>
    </w:p>
    <w:p>
      <w:r>
        <w:rPr>
          <w:b w:val="0"/>
          <w:sz w:val="20"/>
        </w:rPr>
        <w:t>Elles seront traitées conformément à la réglementation applicable et ne seront pas communiquées à des tiers sans consentement.</w:t>
      </w:r>
    </w:p>
    <w:p/>
    <w:p>
      <w:r>
        <w:rPr>
          <w:b/>
          <w:sz w:val="20"/>
        </w:rPr>
        <w:t>Article 10 – Loi applicable et juridiction</w:t>
      </w:r>
    </w:p>
    <w:p>
      <w:r>
        <w:rPr>
          <w:b w:val="0"/>
          <w:sz w:val="20"/>
        </w:rPr>
        <w:t>Le présent contrat est soumis au droit français.</w:t>
      </w:r>
    </w:p>
    <w:p>
      <w:r>
        <w:rPr>
          <w:b w:val="0"/>
          <w:sz w:val="20"/>
        </w:rPr>
        <w:t>Tout différend relatif à sa validité, son interprétation ou son exécution sera soumis aux tribunaux compétents du ressort de la juridiction du siège de l’Organisateur.</w:t>
      </w:r>
    </w:p>
    <w:p/>
    <w:p/>
    <w:p>
      <w:r>
        <w:rPr>
          <w:b w:val="0"/>
          <w:sz w:val="20"/>
        </w:rPr>
        <w:t>Fait à : ______________________________________</w:t>
      </w:r>
    </w:p>
    <w:p>
      <w:r>
        <w:rPr>
          <w:b w:val="0"/>
          <w:sz w:val="20"/>
        </w:rPr>
        <w:t>Le : 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L’Organisateur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L’Artiste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https://jurid-entreprise.com/modele-contrat-d'artiste/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https://jurid-entreprise.com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jurid-entreprise.com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-entreprise.com/modele-contrat-d'artiste/" TargetMode="External"/><Relationship Id="rId10" Type="http://schemas.openxmlformats.org/officeDocument/2006/relationships/hyperlink" Target="https://jurid-entrepris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