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AVENANT DE SUSPENSION DU CONTRAT D’APPRENTISSAGE</w:t>
      </w:r>
    </w:p>
    <w:p/>
    <w:p/>
    <w:p>
      <w:r>
        <w:rPr>
          <w:b/>
          <w:sz w:val="20"/>
        </w:rPr>
        <w:t>Entre les soussignés :</w:t>
      </w:r>
    </w:p>
    <w:p>
      <w:r>
        <w:rPr>
          <w:b w:val="0"/>
          <w:sz w:val="20"/>
        </w:rPr>
        <w:t>L’Employeur : ___________________________________________________________</w:t>
      </w:r>
    </w:p>
    <w:p>
      <w:r>
        <w:rPr>
          <w:b w:val="0"/>
          <w:sz w:val="20"/>
        </w:rPr>
        <w:t>Représenté par : ________________________________________________________</w:t>
      </w:r>
    </w:p>
    <w:p>
      <w:r>
        <w:rPr>
          <w:b w:val="0"/>
          <w:sz w:val="20"/>
        </w:rPr>
        <w:t>Adresse : _______________________________________________________________</w:t>
      </w:r>
    </w:p>
    <w:p>
      <w:r>
        <w:rPr>
          <w:b w:val="0"/>
          <w:sz w:val="20"/>
        </w:rPr>
        <w:t>Téléphone : _____________________________________________________________</w:t>
      </w:r>
    </w:p>
    <w:p/>
    <w:p>
      <w:r>
        <w:rPr>
          <w:b w:val="0"/>
          <w:sz w:val="20"/>
        </w:rPr>
        <w:t>Et l’Apprenti(e) : _______________________________________________________</w:t>
      </w:r>
    </w:p>
    <w:p>
      <w:r>
        <w:rPr>
          <w:b w:val="0"/>
          <w:sz w:val="20"/>
        </w:rPr>
        <w:t>Né(e) le : ______________________________________________________________</w:t>
      </w:r>
    </w:p>
    <w:p>
      <w:r>
        <w:rPr>
          <w:b w:val="0"/>
          <w:sz w:val="20"/>
        </w:rPr>
        <w:t>Adresse : _______________________________________________________________</w:t>
      </w:r>
    </w:p>
    <w:p>
      <w:r>
        <w:rPr>
          <w:b w:val="0"/>
          <w:sz w:val="20"/>
        </w:rPr>
        <w:t>Téléphone : _____________________________________________________________</w:t>
      </w:r>
    </w:p>
    <w:p/>
    <w:p>
      <w:r>
        <w:rPr>
          <w:b/>
          <w:sz w:val="20"/>
        </w:rPr>
        <w:t>Il a été convenu ce qui suit :</w:t>
      </w:r>
    </w:p>
    <w:p/>
    <w:p>
      <w:r>
        <w:rPr>
          <w:b/>
          <w:sz w:val="20"/>
        </w:rPr>
        <w:t>1. Objet de l’avenant</w:t>
      </w:r>
    </w:p>
    <w:p>
      <w:r>
        <w:rPr>
          <w:b w:val="0"/>
          <w:sz w:val="20"/>
        </w:rPr>
        <w:t>Le présent avenant a pour objet la suspension temporaire du contrat d’apprentissage conclu entre l’Employeur et l’Apprenti(e). Cette suspension est prononcée conformément aux dispositions légales et réglementaires en vigueur.</w:t>
      </w:r>
    </w:p>
    <w:p/>
    <w:p>
      <w:r>
        <w:rPr>
          <w:b/>
          <w:sz w:val="20"/>
        </w:rPr>
        <w:t>2. Durée de la suspension</w:t>
      </w:r>
    </w:p>
    <w:p>
      <w:r>
        <w:rPr>
          <w:b w:val="0"/>
          <w:sz w:val="20"/>
        </w:rPr>
        <w:t>La suspension prendra effet à compter de la date de signature du présent avenant et se poursuivra jusqu’à une date à déterminer d’un commun accord entre les parties. Pendant cette période, les obligations contractuelles sont temporairement suspendues dans les conditions définies ci-après.</w:t>
      </w:r>
    </w:p>
    <w:p/>
    <w:p>
      <w:r>
        <w:rPr>
          <w:b/>
          <w:sz w:val="20"/>
        </w:rPr>
        <w:t>3. Conséquences de la suspension</w:t>
      </w:r>
    </w:p>
    <w:p>
      <w:r>
        <w:rPr>
          <w:b w:val="0"/>
          <w:sz w:val="20"/>
        </w:rPr>
        <w:t>Pendant la suspension du contrat d’apprentissage :</w:t>
      </w:r>
    </w:p>
    <w:p>
      <w:r>
        <w:rPr>
          <w:b w:val="0"/>
          <w:sz w:val="20"/>
        </w:rPr>
        <w:t>- L’Apprenti(e) cesse d’effectuer ses prestations de travail au sein de l’entreprise.</w:t>
      </w:r>
    </w:p>
    <w:p>
      <w:r>
        <w:rPr>
          <w:b w:val="0"/>
          <w:sz w:val="20"/>
        </w:rPr>
        <w:t>- L’Employeur n’a pas d’obligation de rémunération à cette période, sauf dispositions contraires légales ou conventionnelles.</w:t>
      </w:r>
    </w:p>
    <w:p>
      <w:r>
        <w:rPr>
          <w:b w:val="0"/>
          <w:sz w:val="20"/>
        </w:rPr>
        <w:t>- La suspension n’a pas pour effet de rompre le contrat ; celui-ci est simplement mis en pause.</w:t>
      </w:r>
    </w:p>
    <w:p/>
    <w:p>
      <w:r>
        <w:rPr>
          <w:b/>
          <w:sz w:val="20"/>
        </w:rPr>
        <w:t>4. Réintégration dans l’entreprise</w:t>
      </w:r>
    </w:p>
    <w:p>
      <w:r>
        <w:rPr>
          <w:b w:val="0"/>
          <w:sz w:val="20"/>
        </w:rPr>
        <w:t>À l’issue de la période de suspension, l’Apprenti(e) reprendra son contrat d’apprentissage dans les mêmes conditions qu’avant la suspension, sauf accord contraire écrit entre les parties. La durée du contrat pourra être prolongée en conséquence, conformément à la réglementation applicable.</w:t>
      </w:r>
    </w:p>
    <w:p/>
    <w:p>
      <w:r>
        <w:rPr>
          <w:b/>
          <w:sz w:val="20"/>
        </w:rPr>
        <w:t>5. Déclarations et engagements</w:t>
      </w:r>
    </w:p>
    <w:p>
      <w:r>
        <w:rPr>
          <w:b w:val="0"/>
          <w:sz w:val="20"/>
        </w:rPr>
        <w:t>Les parties déclarent avoir pris connaissance des conditions légales relatives à la suspension du contrat d’apprentissage. Elles s’engagent à respecter les termes du présent avenant et à collaborer dans le respect des obligations qui en découlent.</w:t>
      </w:r>
    </w:p>
    <w:p/>
    <w:p>
      <w:r>
        <w:rPr>
          <w:b/>
          <w:sz w:val="20"/>
        </w:rPr>
        <w:t>6. Litiges</w:t>
      </w:r>
    </w:p>
    <w:p>
      <w:r>
        <w:rPr>
          <w:b w:val="0"/>
          <w:sz w:val="20"/>
        </w:rPr>
        <w:t>Tout différend relatif à l’exécution ou à l’interprétation du présent avenant sera soumis aux juridictions compétentes conformément au droit français.</w:t>
      </w:r>
    </w:p>
    <w:p/>
    <w:p/>
    <w:p>
      <w:r>
        <w:rPr>
          <w:b w:val="0"/>
          <w:sz w:val="20"/>
        </w:rPr>
        <w:t>Lieu de signature : _________________________________________</w:t>
      </w:r>
    </w:p>
    <w:p>
      <w:r>
        <w:rPr>
          <w:b w:val="0"/>
          <w:sz w:val="20"/>
        </w:rPr>
        <w:t>Date de signature : 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L’EMPLOYEUR</w:t>
            </w:r>
          </w:p>
        </w:tc>
        <w:tc>
          <w:tcPr>
            <w:tcW w:type="dxa" w:w="4986"/>
            <w:tcBorders>
              <w:top w:val="nil"/>
              <w:left w:val="nil"/>
              <w:bottom w:val="nil"/>
              <w:right w:val="nil"/>
              <w:insideH w:val="nil"/>
              <w:insideV w:val="nil"/>
            </w:tcBorders>
          </w:tcPr>
          <w:p>
            <w:pPr>
              <w:jc w:val="center"/>
            </w:pPr>
            <w:r>
              <w:t>L’APPRENTI(E)</w:t>
            </w:r>
          </w:p>
        </w:tc>
      </w:tr>
      <w:tr>
        <w:tc>
          <w:tcPr>
            <w:tcW w:type="dxa" w:w="4986"/>
            <w:tcBorders>
              <w:top w:val="nil"/>
              <w:left w:val="nil"/>
              <w:bottom w:val="nil"/>
              <w:right w:val="nil"/>
              <w:insideH w:val="nil"/>
              <w:insideV w:val="nil"/>
            </w:tcBorders>
          </w:tcPr>
          <w:p>
            <w:pPr>
              <w:jc w:val="center"/>
            </w:pPr>
            <w:r>
              <w:br/>
              <w:br/>
              <w:t>Signature : _________________________</w:t>
            </w:r>
          </w:p>
        </w:tc>
        <w:tc>
          <w:tcPr>
            <w:tcW w:type="dxa" w:w="4986"/>
            <w:tcBorders>
              <w:top w:val="nil"/>
              <w:left w:val="nil"/>
              <w:bottom w:val="nil"/>
              <w:right w:val="nil"/>
              <w:insideH w:val="nil"/>
              <w:insideV w:val="nil"/>
            </w:tcBorders>
          </w:tcPr>
          <w:p>
            <w:pPr>
              <w:jc w:val="center"/>
            </w:pPr>
            <w:r>
              <w:br/>
              <w:br/>
              <w:t>Signature : _________________________</w:t>
            </w:r>
          </w:p>
        </w:tc>
      </w:tr>
      <w:tr>
        <w:tc>
          <w:tcPr>
            <w:tcW w:type="dxa" w:w="4986"/>
            <w:tcBorders>
              <w:top w:val="nil"/>
              <w:left w:val="nil"/>
              <w:bottom w:val="nil"/>
              <w:right w:val="nil"/>
              <w:insideH w:val="nil"/>
              <w:insideV w:val="nil"/>
            </w:tcBorders>
          </w:tcPr>
          <w:p>
            <w:pPr>
              <w:jc w:val="center"/>
            </w:pPr>
            <w:r>
              <w:t>Nom et fonction : ________________________________</w:t>
            </w:r>
          </w:p>
        </w:tc>
        <w:tc>
          <w:tcPr>
            <w:tcW w:type="dxa" w:w="4986"/>
            <w:tcBorders>
              <w:top w:val="nil"/>
              <w:left w:val="nil"/>
              <w:bottom w:val="nil"/>
              <w:right w:val="nil"/>
              <w:insideH w:val="nil"/>
              <w:insideV w:val="nil"/>
            </w:tcBorders>
          </w:tcPr>
          <w:p>
            <w:pPr>
              <w:jc w:val="center"/>
            </w:pPr>
            <w:r>
              <w:t>Nom : ________________________________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https://jurid-entreprise.com/modele-avenant-suspension-cdi-pour-contrat-d'apprentissage/</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https://jurid-entreprise.com</w:t>
        </w:r>
      </w:hyperlink>
    </w:p>
    <w:p>
      <w:pPr>
        <w:jc w:val="center"/>
      </w:pPr>
      <w:r>
        <w:rPr>
          <w:color w:val="808080"/>
          <w:sz w:val="20"/>
        </w:rPr>
        <w:t>Ce modèle est destiné exclusivement à un usage personnel et non commercial.</w:t>
        <w:br/>
        <w:t>Toute diffusion ou publication doit obligatoirement mentionner la source. © jurid-entreprise.com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entreprise.com/modele-avenant-suspension-cdi-pour-contrat-d'apprentissage/" TargetMode="External"/><Relationship Id="rId10" Type="http://schemas.openxmlformats.org/officeDocument/2006/relationships/hyperlink" Target="https://jurid-entrepris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