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VALEUR DES PARTS SOCIALES</w:t>
      </w:r>
    </w:p>
    <w:p/>
    <w:p/>
    <w:p>
      <w:r>
        <w:rPr>
          <w:b/>
          <w:sz w:val="20"/>
        </w:rPr>
        <w:t>Je soussigné(e), ________________________________________________, en qualité de gérant(e) ou représentant(e) légal(e) de la société ci-après désignée, atteste la valeur des parts sociales détenues par :</w:t>
      </w:r>
    </w:p>
    <w:p/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N° d’identification (le cas échéant) : ______________________________</w:t>
      </w:r>
    </w:p>
    <w:p/>
    <w:p>
      <w:r>
        <w:rPr>
          <w:b/>
          <w:sz w:val="20"/>
        </w:rPr>
        <w:t>La société :</w:t>
      </w:r>
    </w:p>
    <w:p>
      <w:r>
        <w:rPr>
          <w:b w:val="0"/>
          <w:sz w:val="20"/>
        </w:rPr>
        <w:t>Dénomination sociale : _____________________________________________</w:t>
      </w:r>
    </w:p>
    <w:p>
      <w:r>
        <w:rPr>
          <w:b w:val="0"/>
          <w:sz w:val="20"/>
        </w:rPr>
        <w:t>Forme juridique : _________________________________________________</w:t>
      </w:r>
    </w:p>
    <w:p>
      <w:r>
        <w:rPr>
          <w:b w:val="0"/>
          <w:sz w:val="20"/>
        </w:rPr>
        <w:t>Capital social : _________________ EUR</w:t>
      </w:r>
    </w:p>
    <w:p>
      <w:r>
        <w:rPr>
          <w:b w:val="0"/>
          <w:sz w:val="20"/>
        </w:rPr>
        <w:t>Siège social : _____________________________________________________</w:t>
      </w:r>
    </w:p>
    <w:p>
      <w:r>
        <w:rPr>
          <w:b w:val="0"/>
          <w:sz w:val="20"/>
        </w:rPr>
        <w:t>Numéro SIREN : _______________________ RCS : _____________________</w:t>
      </w:r>
    </w:p>
    <w:p/>
    <w:p>
      <w:r>
        <w:rPr>
          <w:b/>
          <w:sz w:val="20"/>
        </w:rPr>
        <w:t>Atteste que :</w:t>
      </w:r>
    </w:p>
    <w:p>
      <w:r>
        <w:rPr>
          <w:b/>
          <w:sz w:val="20"/>
        </w:rPr>
        <w:t>Le bénéficiaire susnommé détient :</w:t>
      </w:r>
    </w:p>
    <w:p>
      <w:r>
        <w:rPr>
          <w:b w:val="0"/>
          <w:sz w:val="20"/>
        </w:rPr>
        <w:t>Nombre de parts sociales : ______________</w:t>
      </w:r>
    </w:p>
    <w:p>
      <w:r>
        <w:rPr>
          <w:b w:val="0"/>
          <w:sz w:val="20"/>
        </w:rPr>
        <w:t>Numéros des parts sociales (le cas échéant) : _______________________</w:t>
      </w:r>
    </w:p>
    <w:p>
      <w:r>
        <w:rPr>
          <w:b w:val="0"/>
          <w:sz w:val="20"/>
        </w:rPr>
        <w:t>Valeur nominale par part : _______________ EUR</w:t>
      </w:r>
    </w:p>
    <w:p>
      <w:r>
        <w:rPr>
          <w:b w:val="0"/>
          <w:sz w:val="20"/>
        </w:rPr>
        <w:t>Valeur totale des parts sociales : _______________ EUR</w:t>
      </w:r>
    </w:p>
    <w:p/>
    <w:p>
      <w:r>
        <w:rPr>
          <w:b/>
          <w:sz w:val="20"/>
        </w:rPr>
        <w:t>La valeur des parts sociales susmentionnées est arrêtée conformément aux dispositions statutaires et aux éléments financiers disponibles à ce jour, notamment :</w:t>
      </w:r>
    </w:p>
    <w:p>
      <w:r>
        <w:rPr>
          <w:b w:val="0"/>
          <w:sz w:val="20"/>
        </w:rPr>
        <w:t>- Le dernier bilan approuvé de la société.</w:t>
      </w:r>
    </w:p>
    <w:p>
      <w:r>
        <w:rPr>
          <w:b w:val="0"/>
          <w:sz w:val="20"/>
        </w:rPr>
        <w:t>- Les modalités prévues dans les statuts pour l’évaluation des parts sociales.</w:t>
      </w:r>
    </w:p>
    <w:p>
      <w:r>
        <w:rPr>
          <w:b w:val="0"/>
          <w:sz w:val="20"/>
        </w:rPr>
        <w:t>- L’absence de dettes ou charges exceptionnelles non comptabilisées à ce jour.</w:t>
      </w:r>
    </w:p>
    <w:p/>
    <w:p>
      <w:r>
        <w:rPr>
          <w:b/>
          <w:sz w:val="20"/>
        </w:rPr>
        <w:t>Cette attestation est établie dans le cadre d’une opération nécessitant la connaissance précise de la valeur des parts sociales, notamment pour :</w:t>
      </w:r>
    </w:p>
    <w:p>
      <w:r>
        <w:rPr>
          <w:b w:val="0"/>
          <w:sz w:val="20"/>
        </w:rPr>
        <w:t>- Une cession ou une transmission de parts sociales.</w:t>
      </w:r>
    </w:p>
    <w:p>
      <w:r>
        <w:rPr>
          <w:b w:val="0"/>
          <w:sz w:val="20"/>
        </w:rPr>
        <w:t>- Une estimation à des fins fiscales ou comptables.</w:t>
      </w:r>
    </w:p>
    <w:p>
      <w:r>
        <w:rPr>
          <w:b w:val="0"/>
          <w:sz w:val="20"/>
        </w:rPr>
        <w:t>- Toute autre opération conforme aux dispositions légales en vigueur.</w:t>
      </w:r>
    </w:p>
    <w:p/>
    <w:p>
      <w:r>
        <w:rPr>
          <w:b/>
          <w:sz w:val="20"/>
        </w:rPr>
        <w:t>Le soussigné certifie que les informations fournies sont exactes et conformes à la situation réelle de la société et des parts sociales à la date de rédaction de la présente attestation.</w:t>
      </w:r>
    </w:p>
    <w:p/>
    <w:p/>
    <w:p>
      <w:r>
        <w:rPr>
          <w:b w:val="0"/>
          <w:sz w:val="20"/>
        </w:rPr>
        <w:t>Fait à : ____________________________________________</w:t>
      </w:r>
    </w:p>
    <w:p>
      <w:r>
        <w:rPr>
          <w:b w:val="0"/>
          <w:sz w:val="20"/>
        </w:rPr>
        <w:t>Le 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déclarant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bénéficiaire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https://jurid-entreprise.com/modele-attestation-valeur-parts-sociales/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attestation-valeur-parts-sociales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