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EMPLOYEUR</w:t>
      </w:r>
    </w:p>
    <w:p>
      <w:pPr>
        <w:jc w:val="center"/>
      </w:pPr>
      <w:r>
        <w:rPr>
          <w:b/>
          <w:sz w:val="20"/>
        </w:rPr>
        <w:t>ACCORD DE MI-TEMPS THÉRAPEUTIQUE</w:t>
      </w:r>
    </w:p>
    <w:p/>
    <w:p/>
    <w:p>
      <w:r>
        <w:rPr>
          <w:b/>
          <w:sz w:val="20"/>
        </w:rPr>
        <w:t>Je soussigné(e),</w:t>
      </w:r>
    </w:p>
    <w:p>
      <w:r>
        <w:rPr>
          <w:b w:val="0"/>
          <w:sz w:val="20"/>
        </w:rPr>
        <w:t>Nom et prénom : _______________________________________________</w:t>
      </w:r>
    </w:p>
    <w:p>
      <w:r>
        <w:rPr>
          <w:b w:val="0"/>
          <w:sz w:val="20"/>
        </w:rPr>
        <w:t>Qualité/Fonction : ______________________________________________</w:t>
      </w:r>
    </w:p>
    <w:p>
      <w:r>
        <w:rPr>
          <w:b w:val="0"/>
          <w:sz w:val="20"/>
        </w:rPr>
        <w:t>Société/Employeur : _____________________________________________</w:t>
      </w:r>
    </w:p>
    <w:p>
      <w:r>
        <w:rPr>
          <w:b w:val="0"/>
          <w:sz w:val="20"/>
        </w:rPr>
        <w:t>Adresse de l’entreprise : ________________________________________</w:t>
      </w:r>
    </w:p>
    <w:p>
      <w:r>
        <w:rPr>
          <w:b w:val="0"/>
          <w:sz w:val="20"/>
        </w:rPr>
        <w:t>Téléphone : _____________________________________________________</w:t>
      </w:r>
    </w:p>
    <w:p/>
    <w:p>
      <w:r>
        <w:rPr>
          <w:b/>
          <w:sz w:val="20"/>
        </w:rPr>
        <w:t>Atteste par la présente que :</w:t>
      </w:r>
    </w:p>
    <w:p>
      <w:r>
        <w:rPr>
          <w:b w:val="0"/>
          <w:sz w:val="20"/>
        </w:rPr>
        <w:t>Nom et prénom de l’employé(e) : _________________________________</w:t>
      </w:r>
    </w:p>
    <w:p>
      <w:r>
        <w:rPr>
          <w:b w:val="0"/>
          <w:sz w:val="20"/>
        </w:rPr>
        <w:t>Date de naissance : ____________________________________________</w:t>
      </w:r>
    </w:p>
    <w:p>
      <w:r>
        <w:rPr>
          <w:b w:val="0"/>
          <w:sz w:val="20"/>
        </w:rPr>
        <w:t>Poste occupé : _________________________________________________</w:t>
      </w:r>
    </w:p>
    <w:p/>
    <w:p>
      <w:r>
        <w:rPr>
          <w:b w:val="0"/>
          <w:sz w:val="20"/>
        </w:rPr>
        <w:t>Fait l’objet d’un accord de mi-temps thérapeutique conformément aux dispositions des articles L1226-1 à L1226-3 du Code du travail,</w:t>
      </w:r>
    </w:p>
    <w:p>
      <w:r>
        <w:rPr>
          <w:b w:val="0"/>
          <w:sz w:val="20"/>
        </w:rPr>
        <w:t>à la demande ou avec l’accord du salarié, sur prescription médicale, dans le cadre de son suivi de santé au travail.</w:t>
      </w:r>
    </w:p>
    <w:p/>
    <w:p>
      <w:r>
        <w:rPr>
          <w:b/>
          <w:sz w:val="20"/>
        </w:rPr>
        <w:t>Modalités de l’aménagement de temps de travail :</w:t>
      </w:r>
    </w:p>
    <w:p>
      <w:r>
        <w:rPr>
          <w:b w:val="0"/>
          <w:sz w:val="20"/>
        </w:rPr>
        <w:t>- Durée hebdomadaire de travail : __________________ heures</w:t>
      </w:r>
    </w:p>
    <w:p>
      <w:r>
        <w:rPr>
          <w:b w:val="0"/>
          <w:sz w:val="20"/>
        </w:rPr>
        <w:t>- Répartition des heures sur la semaine : ________________________</w:t>
      </w:r>
    </w:p>
    <w:p>
      <w:r>
        <w:rPr>
          <w:b w:val="0"/>
          <w:sz w:val="20"/>
        </w:rPr>
        <w:t>- Date de début de l’accord : ___________________________________</w:t>
      </w:r>
    </w:p>
    <w:p>
      <w:r>
        <w:rPr>
          <w:b w:val="0"/>
          <w:sz w:val="20"/>
        </w:rPr>
        <w:t>- Date de fin prévue : __________________________________________</w:t>
      </w:r>
    </w:p>
    <w:p/>
    <w:p>
      <w:r>
        <w:rPr>
          <w:b/>
          <w:sz w:val="20"/>
        </w:rPr>
        <w:t>Engagements de l’employeur :</w:t>
      </w:r>
    </w:p>
    <w:p>
      <w:r>
        <w:rPr>
          <w:b w:val="0"/>
          <w:sz w:val="20"/>
        </w:rPr>
        <w:t>L’employeur s’engage à :</w:t>
      </w:r>
    </w:p>
    <w:p>
      <w:r>
        <w:rPr>
          <w:b w:val="0"/>
          <w:sz w:val="20"/>
        </w:rPr>
        <w:t>• Respecter la durée et la répartition du temps de travail définies ci-dessus.</w:t>
      </w:r>
    </w:p>
    <w:p>
      <w:r>
        <w:rPr>
          <w:b w:val="0"/>
          <w:sz w:val="20"/>
        </w:rPr>
        <w:t>• Mettre en œuvre les adaptations nécessaires à l’organisation du travail afin de faciliter la reprise et la poursuite de l’activité professionnelle.</w:t>
      </w:r>
    </w:p>
    <w:p>
      <w:r>
        <w:rPr>
          <w:b w:val="0"/>
          <w:sz w:val="20"/>
        </w:rPr>
        <w:t>• Assurer le suivi de la situation professionnelle et médicale du salarié dans le cadre du mi-temps thérapeutique.</w:t>
      </w:r>
    </w:p>
    <w:p/>
    <w:p>
      <w:r>
        <w:rPr>
          <w:b/>
          <w:sz w:val="20"/>
        </w:rPr>
        <w:t>Informations complémentaires :</w:t>
      </w:r>
    </w:p>
    <w:p>
      <w:r>
        <w:rPr>
          <w:b w:val="0"/>
          <w:sz w:val="20"/>
        </w:rPr>
        <w:t>Le salarié reste soumis aux obligations liées à son contrat de travail et bénéficie des dispositions protectrices du Code du travail.</w:t>
      </w:r>
    </w:p>
    <w:p>
      <w:r>
        <w:rPr>
          <w:b w:val="0"/>
          <w:sz w:val="20"/>
        </w:rPr>
        <w:t>Le présent accord pourra être révisé ou adapté en fonction de l’évolution de l’état de santé du salarié et sur proposition du médecin du travail.</w:t>
      </w:r>
    </w:p>
    <w:p/>
    <w:p/>
    <w:p>
      <w:r>
        <w:rPr>
          <w:b w:val="0"/>
          <w:sz w:val="20"/>
        </w:rPr>
        <w:t>Lieu : _____________________________________________</w:t>
      </w:r>
    </w:p>
    <w:p>
      <w:r>
        <w:rPr>
          <w:b w:val="0"/>
          <w:sz w:val="20"/>
        </w:rPr>
        <w:t>Date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Employeur / Représentant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Salarié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Prénom : 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Prénom : 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https://jurid-entreprise.com/modele-attestation-employeur-accord-mi-temps-therapeutique/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modele-attestation-employeur-accord-mi-temps-therapeutique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