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RÉTROCESSION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N° de pièce d’identité : 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>
      <w:r>
        <w:rPr>
          <w:b/>
          <w:sz w:val="20"/>
        </w:rPr>
        <w:t>Déclare par la présente avoir rétrocedé le bien décrit ci-dessous à :</w:t>
      </w:r>
    </w:p>
    <w:p/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N° de pièce d’identité : 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/>
    <w:p>
      <w:r>
        <w:rPr>
          <w:b/>
          <w:sz w:val="20"/>
        </w:rPr>
        <w:t>Description du bien rétrocedé :</w:t>
      </w:r>
    </w:p>
    <w:p>
      <w:r>
        <w:rPr>
          <w:b w:val="0"/>
          <w:sz w:val="20"/>
        </w:rPr>
        <w:t>Type de bien : _____________________________________________________</w:t>
      </w:r>
    </w:p>
    <w:p>
      <w:r>
        <w:rPr>
          <w:b w:val="0"/>
          <w:sz w:val="20"/>
        </w:rPr>
        <w:t>Marque/Modèle : ___________________________________________________</w:t>
      </w:r>
    </w:p>
    <w:p>
      <w:r>
        <w:rPr>
          <w:b w:val="0"/>
          <w:sz w:val="20"/>
        </w:rPr>
        <w:t>Numéro de série ou d’immatriculation : ______________________________</w:t>
      </w:r>
    </w:p>
    <w:p>
      <w:r>
        <w:rPr>
          <w:b w:val="0"/>
          <w:sz w:val="20"/>
        </w:rPr>
        <w:t>Autres caractéristiques : ___________________________________________</w:t>
      </w:r>
    </w:p>
    <w:p/>
    <w:p>
      <w:r>
        <w:rPr>
          <w:b/>
          <w:sz w:val="20"/>
        </w:rPr>
        <w:t>Déclaration et conditions :</w:t>
      </w:r>
    </w:p>
    <w:p>
      <w:r>
        <w:rPr>
          <w:b w:val="0"/>
          <w:sz w:val="20"/>
        </w:rPr>
        <w:t>Le bien mentionné ci-dessus est remis libre de tout gage, privilège, nantissement, ou charge quelconque, à l'exception de ceux déclarés ci-après (le cas échéant) : ______________________________________________________________________</w:t>
      </w:r>
    </w:p>
    <w:p/>
    <w:p>
      <w:r>
        <w:rPr>
          <w:b w:val="0"/>
          <w:sz w:val="20"/>
        </w:rPr>
        <w:t>Le cédant atteste que le transfert de propriété est réalisé conformément aux dispositions légales en vigueur, sans vice caché apparent au moment de la remise.</w:t>
      </w:r>
    </w:p>
    <w:p/>
    <w:p>
      <w:r>
        <w:rPr>
          <w:b w:val="0"/>
          <w:sz w:val="20"/>
        </w:rPr>
        <w:t>Le cessionnaire accepte la rétrocession du bien dans l’état où il se trouve, après en avoir pris connaissance et déclaré ne pas avoir de réclamation à formuler concernant son état apparent.</w:t>
      </w:r>
    </w:p>
    <w:p/>
    <w:p/>
    <w:p>
      <w:r>
        <w:rPr>
          <w:b/>
          <w:sz w:val="20"/>
        </w:rPr>
        <w:t>Engagements des parties :</w:t>
      </w:r>
    </w:p>
    <w:p>
      <w:r>
        <w:rPr>
          <w:b w:val="0"/>
          <w:sz w:val="20"/>
        </w:rPr>
        <w:t>Le cédant s’engage à fournir au cessionnaire, à la demande, tout document utile à la preuve de la propriété et à la conservation des droits afférents au bien rétrocedé.</w:t>
      </w:r>
    </w:p>
    <w:p/>
    <w:p>
      <w:r>
        <w:rPr>
          <w:b w:val="0"/>
          <w:sz w:val="20"/>
        </w:rPr>
        <w:t>Le cessionnaire s’engage à effectuer toutes les formalités administratives nécessaires au changement de titulaire et à assumer tous les frais qui en découlent.</w:t>
      </w:r>
    </w:p>
    <w:p/>
    <w:p>
      <w:r>
        <w:rPr>
          <w:b w:val="0"/>
          <w:sz w:val="20"/>
        </w:rPr>
        <w:t>Les parties reconnaissent que la présente attestation constitue un acte authentique de rétrocession, faisant preuve de la remise effective du bien entre elles.</w:t>
      </w:r>
    </w:p>
    <w:p/>
    <w:p/>
    <w:p>
      <w:r>
        <w:rPr>
          <w:b w:val="0"/>
          <w:sz w:val="20"/>
        </w:rPr>
        <w:t>Lieu de signature : ____________________________________________</w:t>
      </w:r>
    </w:p>
    <w:p>
      <w:r>
        <w:rPr>
          <w:b w:val="0"/>
          <w:sz w:val="20"/>
        </w:rPr>
        <w:t>Date de signature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CÉDANT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CESSIONNAIRE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https://jurid-entreprise.com/modele-attestation-de-retrocession/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attestation-de-retrocession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