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NON PRISE EN CHARGE DE L’EMPLOYEUR</w:t>
      </w:r>
    </w:p>
    <w:p/>
    <w:p/>
    <w:p>
      <w:r>
        <w:rPr>
          <w:b w:val="0"/>
          <w:sz w:val="20"/>
        </w:rPr>
        <w:t>Je soussigné(e),</w:t>
      </w:r>
    </w:p>
    <w:p>
      <w:r>
        <w:rPr>
          <w:b w:val="0"/>
          <w:sz w:val="20"/>
        </w:rPr>
        <w:t>Nom et prénom de l’employeur : ________________________________________________</w:t>
      </w:r>
    </w:p>
    <w:p>
      <w:r>
        <w:rPr>
          <w:b w:val="0"/>
          <w:sz w:val="20"/>
        </w:rPr>
        <w:t>Adresse complète de l’employeur : ______________________________________________</w:t>
      </w:r>
    </w:p>
    <w:p>
      <w:r>
        <w:rPr>
          <w:b w:val="0"/>
          <w:sz w:val="20"/>
        </w:rPr>
        <w:t>Représentant légal (si applicable) : ____________________________________________</w:t>
      </w:r>
    </w:p>
    <w:p/>
    <w:p>
      <w:r>
        <w:rPr>
          <w:b/>
          <w:sz w:val="20"/>
        </w:rPr>
        <w:t>Atteste par la présente que :</w:t>
      </w:r>
    </w:p>
    <w:p>
      <w:r>
        <w:rPr>
          <w:b w:val="0"/>
          <w:sz w:val="20"/>
        </w:rPr>
        <w:t>Nom et prénom du salarié : 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_____________________________________________________</w:t>
      </w:r>
    </w:p>
    <w:p>
      <w:r>
        <w:rPr>
          <w:b w:val="0"/>
          <w:sz w:val="20"/>
        </w:rPr>
        <w:t>Adresse personnelle : ___________________________________________________________</w:t>
      </w:r>
    </w:p>
    <w:p>
      <w:r>
        <w:rPr>
          <w:b w:val="0"/>
          <w:sz w:val="20"/>
        </w:rPr>
        <w:t>Fonction exercée : _____________________________________________________________</w:t>
      </w:r>
    </w:p>
    <w:p>
      <w:r>
        <w:rPr>
          <w:b w:val="0"/>
          <w:sz w:val="20"/>
        </w:rPr>
        <w:t>Période d’emploi : _____________________________________________________________</w:t>
      </w:r>
    </w:p>
    <w:p/>
    <w:p>
      <w:r>
        <w:rPr>
          <w:b/>
          <w:sz w:val="20"/>
        </w:rPr>
        <w:t>Ne bénéficie d’aucune prise en charge financière, matérielle ou autre de la part de l’employeur pour les motifs suivants 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Cette attestation est établie en vue de servir et valoir ce que de droit.</w:t>
      </w:r>
    </w:p>
    <w:p/>
    <w:p/>
    <w:p>
      <w:r>
        <w:rPr>
          <w:b/>
          <w:sz w:val="20"/>
        </w:rPr>
        <w:t>Je certifie que les informations ci-dessus sont exactes et conformes à la situation réelle.</w:t>
      </w:r>
    </w:p>
    <w:p/>
    <w:p/>
    <w:p/>
    <w:p>
      <w:r>
        <w:rPr>
          <w:b w:val="0"/>
          <w:sz w:val="20"/>
        </w:rPr>
        <w:t>Lieu de rédaction : _____________________________________________</w:t>
      </w:r>
    </w:p>
    <w:p>
      <w:r>
        <w:rPr>
          <w:b w:val="0"/>
          <w:sz w:val="20"/>
        </w:rPr>
        <w:t>Date : 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l’employeur ou représentant légal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</w:tr>
    </w:tbl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salarié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https://jurid-entreprise.com/modele-attestation-de-non-prise-en-charge-de-l'employeur/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attestation-de-non-prise-en-charge-de-l'employeur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