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RÉSILIATION DE CONTRAT VERISURE</w:t>
      </w:r>
    </w:p>
    <w:p/>
    <w:p/>
    <w:p>
      <w:r>
        <w:rPr>
          <w:b/>
          <w:sz w:val="20"/>
        </w:rPr>
        <w:t>Nom et Prénom : _______________________________________________</w:t>
      </w:r>
    </w:p>
    <w:p>
      <w:r>
        <w:rPr>
          <w:b w:val="0"/>
          <w:sz w:val="20"/>
        </w:rPr>
        <w:t>Adresse : _____________________________________________________</w:t>
      </w:r>
    </w:p>
    <w:p>
      <w:r>
        <w:rPr>
          <w:b w:val="0"/>
          <w:sz w:val="20"/>
        </w:rPr>
        <w:t>Code Postal / Ville : __________________________________________</w:t>
      </w:r>
    </w:p>
    <w:p>
      <w:r>
        <w:rPr>
          <w:b w:val="0"/>
          <w:sz w:val="20"/>
        </w:rPr>
        <w:t>Numéro de téléphone : _________________________________________</w:t>
      </w:r>
    </w:p>
    <w:p>
      <w:r>
        <w:rPr>
          <w:b w:val="0"/>
          <w:sz w:val="20"/>
        </w:rPr>
        <w:t>Adresse email : _______________________________________________</w:t>
      </w:r>
    </w:p>
    <w:p/>
    <w:p/>
    <w:p>
      <w:r>
        <w:rPr>
          <w:b/>
          <w:sz w:val="20"/>
        </w:rPr>
        <w:t>Service Clients Verisure</w:t>
      </w:r>
    </w:p>
    <w:p>
      <w:r>
        <w:rPr>
          <w:b w:val="0"/>
          <w:sz w:val="20"/>
        </w:rPr>
        <w:t>Adresse : 40 rue de Liège</w:t>
      </w:r>
    </w:p>
    <w:p>
      <w:r>
        <w:rPr>
          <w:b w:val="0"/>
          <w:sz w:val="20"/>
        </w:rPr>
        <w:t>75008 Paris</w:t>
      </w:r>
    </w:p>
    <w:p/>
    <w:p/>
    <w:p>
      <w:r>
        <w:rPr>
          <w:b/>
          <w:sz w:val="20"/>
        </w:rPr>
        <w:t>Objet : Résiliation du contrat de télésurveillance Verisure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vous informe de ma volonté de résilier le contrat de télésurveillance Verisure dont je suis titulaire, référencé sous le numéro de contrat : _______________________________.</w:t>
      </w:r>
    </w:p>
    <w:p/>
    <w:p>
      <w:r>
        <w:rPr>
          <w:b w:val="0"/>
          <w:sz w:val="20"/>
        </w:rPr>
        <w:t>Conformément aux conditions générales de vente et aux dispositions légales en vigueur, je vous demande de bien vouloir prendre en compte cette résiliation à compter de la réception de la présente lettre.</w:t>
      </w:r>
    </w:p>
    <w:p/>
    <w:p>
      <w:r>
        <w:rPr>
          <w:b w:val="0"/>
          <w:sz w:val="20"/>
        </w:rPr>
        <w:t>Je vous saurais gré de bien vouloir me confirmer par écrit la prise en compte de cette résiliation ainsi que la date effective de fin de contrat.</w:t>
      </w:r>
    </w:p>
    <w:p/>
    <w:p>
      <w:r>
        <w:rPr>
          <w:b w:val="0"/>
          <w:sz w:val="20"/>
        </w:rPr>
        <w:t>Je vous rappelle que conformément à l’article L121-84-2 du Code de la consommation, vous êtes tenu de mettre fin à l’ensemble des prélèvements automatiques relatifs à ce contrat à la date de résiliation effective.</w:t>
      </w:r>
    </w:p>
    <w:p/>
    <w:p>
      <w:r>
        <w:rPr>
          <w:b w:val="0"/>
          <w:sz w:val="20"/>
        </w:rPr>
        <w:t>Je reste à votre disposition pour toute information complémentaire ou démarche nécessaire à cette résiliation.</w:t>
      </w:r>
    </w:p>
    <w:p/>
    <w:p/>
    <w:p>
      <w:r>
        <w:rPr>
          <w:b w:val="0"/>
          <w:sz w:val="20"/>
        </w:rPr>
        <w:t>Veuillez 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Fait à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Le 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https://jurid-entreprise.com/lettre-de-resiliation-verisure/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lettre-de-resiliation-verisur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