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RÉSILIATION SERVICE BOUYGUES TELECOM</w:t>
      </w:r>
    </w:p>
    <w:p/>
    <w:p/>
    <w:p>
      <w:r>
        <w:rPr>
          <w:b w:val="0"/>
          <w:sz w:val="20"/>
        </w:rPr>
        <w:t>Nom et prénom : _________________________________________________</w:t>
      </w:r>
    </w:p>
    <w:p>
      <w:r>
        <w:rPr>
          <w:b w:val="0"/>
          <w:sz w:val="20"/>
        </w:rPr>
        <w:t>Adresse : _______________________________________________________</w:t>
      </w:r>
    </w:p>
    <w:p>
      <w:r>
        <w:rPr>
          <w:b w:val="0"/>
          <w:sz w:val="20"/>
        </w:rPr>
        <w:t>Code Postal : _____________    Ville : __________________________</w:t>
      </w:r>
    </w:p>
    <w:p>
      <w:r>
        <w:rPr>
          <w:b w:val="0"/>
          <w:sz w:val="20"/>
        </w:rPr>
        <w:t>Numéro de téléphone concerné : _________________________________</w:t>
      </w:r>
    </w:p>
    <w:p>
      <w:r>
        <w:rPr>
          <w:b w:val="0"/>
          <w:sz w:val="20"/>
        </w:rPr>
        <w:t>Adresse e-mail (optionnel) : ____________________________________</w:t>
      </w:r>
    </w:p>
    <w:p/>
    <w:p/>
    <w:p>
      <w:r>
        <w:rPr>
          <w:b/>
          <w:sz w:val="20"/>
        </w:rPr>
        <w:t>Service Client Bouygues Telecom</w:t>
      </w:r>
    </w:p>
    <w:p>
      <w:r>
        <w:rPr>
          <w:b w:val="0"/>
          <w:sz w:val="20"/>
        </w:rPr>
        <w:t>Service Résiliation</w:t>
      </w:r>
    </w:p>
    <w:p>
      <w:r>
        <w:rPr>
          <w:b w:val="0"/>
          <w:sz w:val="20"/>
        </w:rPr>
        <w:t>60436 Noailles Cedex</w:t>
      </w:r>
    </w:p>
    <w:p/>
    <w:p/>
    <w:p>
      <w:r>
        <w:rPr>
          <w:b/>
          <w:sz w:val="20"/>
        </w:rPr>
        <w:t>Objet : Résiliation de mon contrat Bouygues Telecom</w:t>
      </w:r>
    </w:p>
    <w:p/>
    <w:p>
      <w:r>
        <w:rPr>
          <w:b w:val="0"/>
          <w:sz w:val="20"/>
        </w:rPr>
        <w:t>Madame, Monsieur,</w:t>
      </w:r>
    </w:p>
    <w:p/>
    <w:p>
      <w:r>
        <w:rPr>
          <w:b w:val="0"/>
          <w:sz w:val="20"/>
        </w:rPr>
        <w:t>Par la présente, je vous informe de ma volonté de résilier mon contrat Bouygues Telecom concernant la ligne mentionnée ci-dessus, ainsi que tous les services associés, et ce, conformément aux conditions générales de vente et à la législation en vigueur.</w:t>
      </w:r>
    </w:p>
    <w:p/>
    <w:p>
      <w:r>
        <w:rPr>
          <w:b w:val="0"/>
          <w:sz w:val="20"/>
        </w:rPr>
        <w:t>Je vous demande de bien vouloir prendre en compte cette demande de résiliation dans les meilleurs délais, sans frais de pénalité, et de m’adresser une confirmation écrite de la prise en compte de cette résiliation.</w:t>
      </w:r>
    </w:p>
    <w:p/>
    <w:p>
      <w:r>
        <w:rPr>
          <w:b w:val="0"/>
          <w:sz w:val="20"/>
        </w:rPr>
        <w:t>Je vous rappelle que, selon l'article L.121-84-2 du Code de la consommation, je bénéficie d’un droit de résiliation sans frais en cas de changement d’opérateur, ou de fourniture de services dégradés, conditions qui s’appliquent dans mon cas (le cas échéant, sinon adapter ce paragraphe).</w:t>
      </w:r>
    </w:p>
    <w:p/>
    <w:p>
      <w:r>
        <w:rPr>
          <w:b w:val="0"/>
          <w:sz w:val="20"/>
        </w:rPr>
        <w:t>Je vous prie également de bien vouloir cesser toute facturation à compter de la date de résiliation effective.</w:t>
      </w:r>
    </w:p>
    <w:p/>
    <w:p>
      <w:r>
        <w:rPr>
          <w:b w:val="0"/>
          <w:sz w:val="20"/>
        </w:rPr>
        <w:t>Je reste à votre disposition pour tout renseignement complémentaire et vous prie d’agréer, Madame, Monsieur, l’expression de mes salutations distinguées.</w:t>
      </w:r>
    </w:p>
    <w:p/>
    <w:p/>
    <w:p>
      <w:r>
        <w:rPr>
          <w:b w:val="0"/>
          <w:sz w:val="20"/>
        </w:rPr>
        <w:t>Signature :</w:t>
      </w:r>
    </w:p>
    <w:p/>
    <w:p/>
    <w:p/>
    <w:p>
      <w:r>
        <w:rPr>
          <w:b w:val="0"/>
          <w:sz w:val="20"/>
        </w:rPr>
        <w:t>Fait à : ____________________________</w:t>
      </w:r>
    </w:p>
    <w:p>
      <w:r>
        <w:rPr>
          <w:b w:val="0"/>
          <w:sz w:val="20"/>
        </w:rPr>
        <w:t>Le : 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rPr>
                <w:b/>
              </w:rPr>
              <w:t>Pièces jointes (copies justificatives à joindre si nécessaire) :</w:t>
            </w:r>
          </w:p>
        </w:tc>
      </w:tr>
      <w:tr>
        <w:tc>
          <w:tcPr>
            <w:tcW w:type="dxa" w:w="9972"/>
            <w:tcBorders>
              <w:top w:val="nil"/>
              <w:left w:val="nil"/>
              <w:bottom w:val="nil"/>
              <w:right w:val="nil"/>
              <w:insideH w:val="nil"/>
              <w:insideV w:val="nil"/>
            </w:tcBorders>
          </w:tcPr>
          <w:p>
            <w:pPr>
              <w:jc w:val="left"/>
            </w:pPr>
            <w:r>
              <w:t>- Copie de la pièce d’identité</w:t>
              <w:br/>
              <w:t>- Justificatif de domicile</w:t>
              <w:br/>
              <w:t>- RIB (si nécessaire)</w:t>
            </w:r>
          </w:p>
        </w:tc>
      </w:tr>
    </w:tbl>
    <w:p>
      <w:r>
        <w:br w:type="page"/>
      </w:r>
    </w:p>
    <w:p>
      <w:pPr>
        <w:jc w:val="center"/>
      </w:pPr>
      <w:r>
        <w:rPr>
          <w:color w:val="555555"/>
          <w:sz w:val="24"/>
        </w:rPr>
        <w:t>Source originale de ce document :</w:t>
      </w:r>
    </w:p>
    <w:p>
      <w:pPr>
        <w:jc w:val="center"/>
      </w:pPr>
      <w:hyperlink r:id="rId9">
        <w:r>
          <w:rPr>
            <w:color w:val="0000FF"/>
            <w:u w:val="single"/>
          </w:rPr>
          <w:t>https://jurid-entreprise.com/lettre-de-resiliation-bouygues-telecom/</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lettre-de-resiliation-bouygues-telecom/"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