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535"/>
        <w:gridCol w:w="4535"/>
      </w:tblGrid>
      <w:tr>
        <w:tc>
          <w:tcPr>
            <w:tcW w:type="dxa" w:w="4986"/>
          </w:tcPr>
          <w:p/>
          <w:p>
            <w:r>
              <w:rPr>
                <w:sz w:val="18"/>
              </w:rPr>
              <w:t>Prénom NOM</w:t>
            </w:r>
          </w:p>
          <w:p>
            <w:r>
              <w:rPr>
                <w:sz w:val="18"/>
              </w:rPr>
              <w:t>Adresse complète</w:t>
            </w:r>
          </w:p>
          <w:p>
            <w:r>
              <w:rPr>
                <w:sz w:val="18"/>
              </w:rPr>
              <w:t>Code postal Ville</w:t>
            </w:r>
          </w:p>
          <w:p>
            <w:r>
              <w:rPr>
                <w:sz w:val="18"/>
              </w:rPr>
              <w:t>Téléphone : 0X XX XX XX XX</w:t>
            </w:r>
          </w:p>
          <w:p>
            <w:r>
              <w:rPr>
                <w:sz w:val="18"/>
              </w:rPr>
              <w:t>Email : adresse@mail.com</w:t>
            </w:r>
          </w:p>
        </w:tc>
        <w:tc>
          <w:tcPr>
            <w:tcW w:type="dxa" w:w="4986"/>
          </w:tcPr>
          <w:p>
            <w:pPr>
              <w:jc w:val="right"/>
            </w:pPr>
          </w:p>
          <w:p>
            <w:pPr>
              <w:jc w:val="right"/>
            </w:pPr>
            <w:r>
              <w:rPr>
                <w:sz w:val="18"/>
              </w:rPr>
              <w:t>Nom de l'entreprise</w:t>
            </w:r>
          </w:p>
          <w:p>
            <w:pPr>
              <w:jc w:val="right"/>
            </w:pPr>
            <w:r>
              <w:rPr>
                <w:sz w:val="18"/>
              </w:rPr>
              <w:t>Service / Département</w:t>
            </w:r>
          </w:p>
          <w:p>
            <w:pPr>
              <w:jc w:val="right"/>
            </w:pPr>
            <w:r>
              <w:rPr>
                <w:sz w:val="18"/>
              </w:rPr>
              <w:t>Adresse de l'entreprise</w:t>
            </w:r>
          </w:p>
          <w:p>
            <w:pPr>
              <w:jc w:val="right"/>
            </w:pPr>
            <w:r>
              <w:rPr>
                <w:sz w:val="18"/>
              </w:rPr>
              <w:t>Code postal Ville</w:t>
            </w:r>
          </w:p>
        </w:tc>
      </w:tr>
    </w:tbl>
    <w:p/>
    <w:p/>
    <w:p>
      <w:pPr>
        <w:jc w:val="center"/>
      </w:pPr>
      <w:r>
        <w:rPr>
          <w:b/>
          <w:sz w:val="20"/>
        </w:rPr>
        <w:t>Objet : Candidature spontanée</w:t>
      </w:r>
    </w:p>
    <w:p/>
    <w:p/>
    <w:p>
      <w:r>
        <w:rPr>
          <w:b w:val="0"/>
          <w:sz w:val="20"/>
        </w:rPr>
        <w:t>Madame, Monsieur,</w:t>
      </w:r>
    </w:p>
    <w:p/>
    <w:p>
      <w:r>
        <w:rPr>
          <w:b w:val="0"/>
          <w:sz w:val="20"/>
        </w:rPr>
        <w:t>Je me permets de vous adresser ma candidature spontanée afin de rejoindre votre entreprise, que je respecte pour son sérieux et son dynamisme dans le secteur.</w:t>
      </w:r>
    </w:p>
    <w:p/>
    <w:p>
      <w:r>
        <w:rPr>
          <w:b w:val="0"/>
          <w:sz w:val="20"/>
        </w:rPr>
        <w:t>Titulaire de compétences solides en relation avec votre domaine d’activité, je suis motivé(e) à apporter mon savoir-faire et mon enthousiasme à votre équipe.</w:t>
      </w:r>
    </w:p>
    <w:p/>
    <w:p>
      <w:r>
        <w:rPr>
          <w:b w:val="0"/>
          <w:sz w:val="20"/>
        </w:rPr>
        <w:t>Disponible immédiatement, je suis convaincu(e) que mes qualités personnelles et professionnelles seront un atout pour contribuer efficacement aux projets et objectifs de votre société.</w:t>
      </w:r>
    </w:p>
    <w:p/>
    <w:p>
      <w:r>
        <w:rPr>
          <w:b w:val="0"/>
          <w:sz w:val="20"/>
        </w:rPr>
        <w:t>Je reste à votre disposition pour un entretien afin de vous exposer plus en détail mes motivations et mon parcours.</w:t>
      </w:r>
    </w:p>
    <w:p/>
    <w:p/>
    <w:p>
      <w:r>
        <w:rPr>
          <w:b w:val="0"/>
          <w:sz w:val="20"/>
        </w:rPr>
        <w:t>Je vous prie d’agréer, Madame, Monsieur, l’expression de mes salutations distinguées.</w:t>
      </w:r>
    </w:p>
    <w:p/>
    <w:p/>
    <w:p/>
    <w:p>
      <w:r>
        <w:rPr>
          <w:b w:val="0"/>
          <w:sz w:val="20"/>
        </w:rPr>
        <w:t>Prénom NOM</w:t>
      </w:r>
    </w:p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https://jurid-entreprise.com/lettre-de-motivation-spontanee-simple-et-courte/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https://jurid-entreprise.com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jurid-entreprise.com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-entreprise.com/lettre-de-motivation-spontanee-simple-et-courte/" TargetMode="External"/><Relationship Id="rId10" Type="http://schemas.openxmlformats.org/officeDocument/2006/relationships/hyperlink" Target="https://jurid-entrepris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