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Nom : ________________________________________________</w:t>
      </w:r>
    </w:p>
    <w:p>
      <w:r>
        <w:rPr>
          <w:b w:val="0"/>
          <w:sz w:val="20"/>
        </w:rPr>
        <w:t>Prénom : _____________________________________________</w:t>
      </w:r>
    </w:p>
    <w:p>
      <w:r>
        <w:rPr>
          <w:b w:val="0"/>
          <w:sz w:val="20"/>
        </w:rPr>
        <w:t>Adresse : ____________________________________________</w:t>
      </w:r>
    </w:p>
    <w:p>
      <w:r>
        <w:rPr>
          <w:b w:val="0"/>
          <w:sz w:val="20"/>
        </w:rPr>
        <w:t>Code Postal / Ville : _________________________________</w:t>
      </w:r>
    </w:p>
    <w:p>
      <w:r>
        <w:rPr>
          <w:b w:val="0"/>
          <w:sz w:val="20"/>
        </w:rPr>
        <w:t>Téléphone : __________________________________________</w:t>
      </w:r>
    </w:p>
    <w:p>
      <w:r>
        <w:rPr>
          <w:b w:val="0"/>
          <w:sz w:val="20"/>
        </w:rPr>
        <w:t>E-mail : _____________________________________________</w:t>
      </w:r>
    </w:p>
    <w:p/>
    <w:p/>
    <w:p>
      <w:r>
        <w:rPr>
          <w:b/>
          <w:sz w:val="20"/>
        </w:rPr>
        <w:t>Objet : Candidature à une promotion interne</w:t>
      </w:r>
    </w:p>
    <w:p/>
    <w:p/>
    <w:p>
      <w:r>
        <w:rPr>
          <w:b w:val="0"/>
          <w:sz w:val="20"/>
        </w:rPr>
        <w:t>À l’attention de : ______________________________________</w:t>
      </w:r>
    </w:p>
    <w:p>
      <w:r>
        <w:rPr>
          <w:b w:val="0"/>
          <w:sz w:val="20"/>
        </w:rPr>
        <w:t>Poste : _______________________________________________</w:t>
      </w:r>
    </w:p>
    <w:p>
      <w:r>
        <w:rPr>
          <w:b w:val="0"/>
          <w:sz w:val="20"/>
        </w:rPr>
        <w:t>Service : _____________________________________________</w:t>
      </w:r>
    </w:p>
    <w:p>
      <w:r>
        <w:rPr>
          <w:b w:val="0"/>
          <w:sz w:val="20"/>
        </w:rPr>
        <w:t>Entreprise : __________________________________________</w:t>
      </w:r>
    </w:p>
    <w:p>
      <w:r>
        <w:rPr>
          <w:b w:val="0"/>
          <w:sz w:val="20"/>
        </w:rPr>
        <w:t>Adresse : ____________________________________________</w:t>
      </w:r>
    </w:p>
    <w:p/>
    <w:p/>
    <w:p>
      <w:r>
        <w:rPr>
          <w:b w:val="0"/>
          <w:sz w:val="20"/>
        </w:rPr>
        <w:t>Lieu : ________________________________________________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souhaite vous faire part de ma candidature pour la promotion interne au poste de ________________________________, conformément à l’opportunité annoncée au sein de notre entreprise.</w:t>
      </w:r>
    </w:p>
    <w:p/>
    <w:p>
      <w:r>
        <w:rPr>
          <w:b w:val="0"/>
          <w:sz w:val="20"/>
        </w:rPr>
        <w:t>En effet, actuellement en poste en tant que ___________________________ depuis ______ ans/mois, j’ai acquis une solide expérience dans le domaine de ____________________________. Cette expérience m’a permis de développer des compétences clés telles que ____________________________, ____________________________, et ____________________________, qui me paraissent essentielles pour occuper le poste visé.</w:t>
      </w:r>
    </w:p>
    <w:p/>
    <w:p>
      <w:r>
        <w:rPr>
          <w:b w:val="0"/>
          <w:sz w:val="20"/>
        </w:rPr>
        <w:t>Soucieux(se) de contribuer activement au développement de notre organisation, je suis particulièrement motivé(e) à l’idée de relever les nouveaux défis liés à ce poste. Je suis convaincu(e) que mes connaissances approfondies des processus internes, ma capacité d’adaptation et mon sens des responsabilités me permettront d’apporter une réelle valeur ajoutée.</w:t>
      </w:r>
    </w:p>
    <w:p/>
    <w:p>
      <w:r>
        <w:rPr>
          <w:b w:val="0"/>
          <w:sz w:val="20"/>
        </w:rPr>
        <w:t>Je m’engage, en cas de promotion, à poursuivre mes efforts avec rigueur et enthousiasme, à renforcer la cohésion au sein de l’équipe et à participer pleinement à la réalisation des objectifs fixés par la direction.</w:t>
      </w:r>
    </w:p>
    <w:p/>
    <w:p>
      <w:r>
        <w:rPr>
          <w:b w:val="0"/>
          <w:sz w:val="20"/>
        </w:rPr>
        <w:t>Espérant que ma candidature retiendra votre attention, je reste à votre disposition pour un entretien au cours duquel je pourrai vous exposer plus en détail mes motivations et mon projet professionnel.</w:t>
      </w:r>
    </w:p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Candidat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https://jurid-entreprise.com/lettre-de-motivation-promotion-interne/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lettre-de-motivation-promotion-intern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