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0"/>
        </w:rPr>
        <w:t>Votre Prénom NOM</w:t>
      </w:r>
    </w:p>
    <w:p>
      <w:r>
        <w:rPr>
          <w:b w:val="0"/>
          <w:sz w:val="20"/>
        </w:rPr>
        <w:t>Adresse complète</w:t>
      </w:r>
    </w:p>
    <w:p>
      <w:r>
        <w:rPr>
          <w:b w:val="0"/>
          <w:sz w:val="20"/>
        </w:rPr>
        <w:t>Code Postal Ville</w:t>
      </w:r>
    </w:p>
    <w:p>
      <w:r>
        <w:rPr>
          <w:b w:val="0"/>
          <w:sz w:val="20"/>
        </w:rPr>
        <w:t>Téléphone : _______________________</w:t>
      </w:r>
    </w:p>
    <w:p>
      <w:r>
        <w:rPr>
          <w:b w:val="0"/>
          <w:sz w:val="20"/>
        </w:rPr>
        <w:t>Email : ___________________________</w:t>
      </w:r>
    </w:p>
    <w:p/>
    <w:p/>
    <w:p>
      <w:r>
        <w:rPr>
          <w:b/>
          <w:sz w:val="20"/>
        </w:rPr>
        <w:t>Lidl France</w:t>
      </w:r>
    </w:p>
    <w:p>
      <w:r>
        <w:rPr>
          <w:b w:val="0"/>
          <w:sz w:val="20"/>
        </w:rPr>
        <w:t>Service Recrutement</w:t>
      </w:r>
    </w:p>
    <w:p>
      <w:r>
        <w:rPr>
          <w:b w:val="0"/>
          <w:sz w:val="20"/>
        </w:rPr>
        <w:t>Adresse du magasin ou siège social Lidl</w:t>
      </w:r>
    </w:p>
    <w:p>
      <w:r>
        <w:rPr>
          <w:b w:val="0"/>
          <w:sz w:val="20"/>
        </w:rPr>
        <w:t>Code Postal Ville</w:t>
      </w:r>
    </w:p>
    <w:p/>
    <w:p/>
    <w:p>
      <w:r>
        <w:rPr>
          <w:b/>
          <w:sz w:val="20"/>
        </w:rPr>
        <w:t>Objet : Candidature au poste de vendeur/vendeuse en magasin</w:t>
      </w:r>
    </w:p>
    <w:p/>
    <w:p/>
    <w:p>
      <w:r>
        <w:rPr>
          <w:b w:val="0"/>
          <w:sz w:val="20"/>
        </w:rPr>
        <w:t>Madame, Monsieur,</w:t>
      </w:r>
    </w:p>
    <w:p/>
    <w:p>
      <w:r>
        <w:rPr>
          <w:b w:val="0"/>
          <w:sz w:val="20"/>
        </w:rPr>
        <w:t>Actuellement à la recherche d’un poste dynamique et riche en contact humain, je souhaite vous soumettre ma candidature pour un poste de vendeur ou vendeuse au sein de votre magasin Lidl.</w:t>
      </w:r>
    </w:p>
    <w:p/>
    <w:p>
      <w:r>
        <w:rPr>
          <w:b w:val="0"/>
          <w:sz w:val="20"/>
        </w:rPr>
        <w:t>Fort(e) d'une première expérience dans la grande distribution, je suis convaincu(e) que mes compétences en accueil, conseil clientèle, gestion des stocks et tenue de caisse correspondent parfaitement aux exigences de votre enseigne.</w:t>
      </w:r>
    </w:p>
    <w:p/>
    <w:p>
      <w:r>
        <w:rPr>
          <w:b w:val="0"/>
          <w:sz w:val="20"/>
        </w:rPr>
        <w:t>Je suis particulièrement attiré(e) par la philosophie de Lidl qui allie qualité des produits et prix compétitifs, tout en valorisant l’esprit d’équipe et la rigueur. Rigoureux(se), polyvalent(e) et motivé(e), je suis prêt(e) à m’investir pleinement dans les missions qui me seront confiées afin de contribuer à la satisfaction de votre clientèle.</w:t>
      </w:r>
    </w:p>
    <w:p/>
    <w:p>
      <w:r>
        <w:rPr>
          <w:b w:val="0"/>
          <w:sz w:val="20"/>
        </w:rPr>
        <w:t>Disponible immédiatement, je serais honoré(e) de pouvoir vous rencontrer pour vous exposer plus en détail mes motivations et mon parcours.</w:t>
      </w:r>
    </w:p>
    <w:p/>
    <w:p>
      <w:r>
        <w:rPr>
          <w:b w:val="0"/>
          <w:sz w:val="20"/>
        </w:rPr>
        <w:t>En vous remerciant par avance de l’attention portée à ma candidature, je vous prie d’agréer, Madame, Monsieur, l’expression de mes salutations distinguées.</w:t>
      </w:r>
    </w:p>
    <w:p/>
    <w:p/>
    <w:p/>
    <w:p>
      <w:pPr>
        <w:jc w:val="center"/>
      </w:pPr>
      <w:r>
        <w:rPr>
          <w:b w:val="0"/>
          <w:sz w:val="20"/>
        </w:rPr>
        <w:t>Signature</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Votre Prénom NOM</w:t>
            </w:r>
          </w:p>
        </w:tc>
      </w:tr>
    </w:tbl>
    <w:p>
      <w:r>
        <w:br w:type="page"/>
      </w:r>
    </w:p>
    <w:p>
      <w:pPr>
        <w:jc w:val="center"/>
      </w:pPr>
      <w:r>
        <w:rPr>
          <w:color w:val="555555"/>
          <w:sz w:val="24"/>
        </w:rPr>
        <w:t>Source originale de ce document :</w:t>
      </w:r>
    </w:p>
    <w:p>
      <w:pPr>
        <w:jc w:val="center"/>
      </w:pPr>
      <w:hyperlink r:id="rId9">
        <w:r>
          <w:rPr>
            <w:color w:val="0000FF"/>
            <w:u w:val="single"/>
          </w:rPr>
          <w:t>https://jurid-entreprise.com/lettre-de-motivation-lidl/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lettre-de-motivation-lidl/"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