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val="0"/>
          <w:sz w:val="20"/>
        </w:rPr>
        <w:t>Nom : ______________________________________________________________</w:t>
      </w:r>
    </w:p>
    <w:p>
      <w:r>
        <w:rPr>
          <w:b w:val="0"/>
          <w:sz w:val="20"/>
        </w:rPr>
        <w:t>Adresse : ___________________________________________________________</w:t>
      </w:r>
    </w:p>
    <w:p>
      <w:r>
        <w:rPr>
          <w:b w:val="0"/>
          <w:sz w:val="20"/>
        </w:rPr>
        <w:t>Téléphone : _________________________________________________________</w:t>
      </w:r>
    </w:p>
    <w:p>
      <w:r>
        <w:rPr>
          <w:b w:val="0"/>
          <w:sz w:val="20"/>
        </w:rPr>
        <w:t>Adresse email : _____________________________________________________</w:t>
      </w:r>
    </w:p>
    <w:p/>
    <w:p/>
    <w:p>
      <w:r>
        <w:rPr>
          <w:b/>
          <w:sz w:val="20"/>
        </w:rPr>
        <w:t>À l’attention de :</w:t>
      </w:r>
    </w:p>
    <w:p>
      <w:r>
        <w:rPr>
          <w:b w:val="0"/>
          <w:sz w:val="20"/>
        </w:rPr>
        <w:t>Direction du recrutement Gendarmerie Nationale</w:t>
      </w:r>
    </w:p>
    <w:p>
      <w:r>
        <w:rPr>
          <w:b w:val="0"/>
          <w:sz w:val="20"/>
        </w:rPr>
        <w:t>Adresse : ___________________________________________________________</w:t>
      </w:r>
    </w:p>
    <w:p/>
    <w:p/>
    <w:p>
      <w:pPr>
        <w:jc w:val="center"/>
      </w:pPr>
      <w:r>
        <w:rPr>
          <w:b/>
          <w:sz w:val="20"/>
        </w:rPr>
        <w:t>Objet : Candidature au poste de Gendarme Adjoint Volontaire (GAV)</w:t>
      </w:r>
    </w:p>
    <w:p/>
    <w:p/>
    <w:p>
      <w:r>
        <w:rPr>
          <w:b w:val="0"/>
          <w:sz w:val="20"/>
        </w:rPr>
        <w:t>Madame, Monsieur,</w:t>
      </w:r>
    </w:p>
    <w:p/>
    <w:p>
      <w:r>
        <w:rPr>
          <w:b w:val="0"/>
          <w:sz w:val="20"/>
        </w:rPr>
        <w:t>Actuellement à la recherche d’un engagement au sein de la Gendarmerie Nationale, je souhaite vous faire part de ma candidature au poste de Gendarme Adjoint Volontaire. Motivé par le service public, la discipline et la protection des citoyens, je suis convaincu que cette fonction correspond parfaitement à mes aspirations personnelles et professionnelles.</w:t>
      </w:r>
    </w:p>
    <w:p/>
    <w:p>
      <w:r>
        <w:rPr>
          <w:b w:val="0"/>
          <w:sz w:val="20"/>
        </w:rPr>
        <w:t>Titulaire de ________________, j’ai pu développer des qualités d’organisation, de rigueur et de respect des règles au cours de mes expériences professionnelles et personnelles. Mes précédentes responsabilités m’ont appris à travailler en équipe, à gérer le stress et à faire preuve d’une grande adaptabilité, des compétences indispensables pour exercer en qualité de Gendarme Adjoint Volontaire.</w:t>
      </w:r>
    </w:p>
    <w:p/>
    <w:p>
      <w:r>
        <w:rPr>
          <w:b w:val="0"/>
          <w:sz w:val="20"/>
        </w:rPr>
        <w:t>S’engager dans la Gendarmerie représente pour moi l’opportunité de contribuer activement à la sécurité de nos concitoyens tout en évoluant dans un cadre structurant. Je souhaite mettre mon dynamisme, mon sens du devoir et ma disponibilité au service des missions qui me seront confiées.</w:t>
      </w:r>
    </w:p>
    <w:p/>
    <w:p>
      <w:r>
        <w:rPr>
          <w:b w:val="0"/>
          <w:sz w:val="20"/>
        </w:rPr>
        <w:t>Conscient des exigences liées à ce métier, je m’engage à respecter les valeurs fondamentales de la Gendarmerie, notamment la discipline, la loyauté et le dévouement. Je suis également prêt à suivre toutes les formations nécessaires à l’acquisition des compétences requises.</w:t>
      </w:r>
    </w:p>
    <w:p/>
    <w:p>
      <w:r>
        <w:rPr>
          <w:b w:val="0"/>
          <w:sz w:val="20"/>
        </w:rPr>
        <w:t>Je serais honoré de pouvoir vous exposer plus en détail mes motivations et mon parcours lors d’un entretien. Je vous remercie par avance de l’attention portée à cette candidature et reste à votre disposition pour tout complément d’information.</w:t>
      </w:r>
    </w:p>
    <w:p/>
    <w:p/>
    <w:p>
      <w:r>
        <w:rPr>
          <w:b w:val="0"/>
          <w:sz w:val="20"/>
        </w:rPr>
        <w:t>Veuillez agréer, Madame, Monsieur, l’expression de mes salutations respectueuses.</w:t>
      </w:r>
    </w:p>
    <w:p/>
    <w:p/>
    <w:p/>
    <w:p>
      <w:r>
        <w:rPr>
          <w:b w:val="0"/>
          <w:sz w:val="20"/>
        </w:rPr>
        <w:t>Signature : 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rPr>
                <w:sz w:val="20"/>
              </w:rPr>
              <w:t>Date : _______________________</w:t>
            </w:r>
          </w:p>
        </w:tc>
        <w:tc>
          <w:tcPr>
            <w:tcW w:type="dxa" w:w="4986"/>
            <w:tcBorders>
              <w:top w:val="nil"/>
              <w:left w:val="nil"/>
              <w:bottom w:val="nil"/>
              <w:right w:val="nil"/>
              <w:insideH w:val="nil"/>
              <w:insideV w:val="nil"/>
            </w:tcBorders>
          </w:tcPr>
          <w:p>
            <w:pPr>
              <w:jc w:val="left"/>
            </w:pPr>
            <w:r>
              <w:rPr>
                <w:sz w:val="20"/>
              </w:rPr>
              <w:t>Lieu : _______________________</w:t>
            </w:r>
          </w:p>
        </w:tc>
      </w:tr>
      <w:tr>
        <w:tc>
          <w:tcPr>
            <w:tcW w:type="dxa" w:w="4986"/>
            <w:tcBorders>
              <w:top w:val="nil"/>
              <w:left w:val="nil"/>
              <w:bottom w:val="nil"/>
              <w:right w:val="nil"/>
              <w:insideH w:val="nil"/>
              <w:insideV w:val="nil"/>
            </w:tcBorders>
          </w:tcPr>
          <w:p>
            <w:pPr>
              <w:jc w:val="left"/>
            </w:pPr>
            <w:r>
              <w:rPr>
                <w:sz w:val="20"/>
              </w:rPr>
              <w:t>Pièces jointes : ___________________________________________________</w:t>
            </w:r>
          </w:p>
        </w:tc>
        <w:tc>
          <w:tcPr>
            <w:tcW w:type="dxa" w:w="4986"/>
            <w:tcBorders>
              <w:top w:val="nil"/>
              <w:left w:val="nil"/>
              <w:bottom w:val="nil"/>
              <w:right w:val="nil"/>
              <w:insideH w:val="nil"/>
              <w:insideV w:val="nil"/>
            </w:tcBorders>
          </w:tcPr>
          <w:p>
            <w:pPr>
              <w:jc w:val="left"/>
            </w:pPr>
            <w:r>
              <w:rPr>
                <w:sz w:val="20"/>
              </w:rPr>
              <w:t>Téléphone pour contact : ____________________________________________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https://jurid-entreprise.com/lettre-de-motivation-gav/</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https://jurid-entreprise.com</w:t>
        </w:r>
      </w:hyperlink>
    </w:p>
    <w:p>
      <w:pPr>
        <w:jc w:val="center"/>
      </w:pPr>
      <w:r>
        <w:rPr>
          <w:color w:val="808080"/>
          <w:sz w:val="20"/>
        </w:rPr>
        <w:t>Ce modèle est destiné exclusivement à un usage personnel et non commercial.</w:t>
        <w:br/>
        <w:t>Toute diffusion ou publication doit obligatoirement mentionner la source. © jurid-entreprise.com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entreprise.com/lettre-de-motivation-gav/" TargetMode="External"/><Relationship Id="rId10" Type="http://schemas.openxmlformats.org/officeDocument/2006/relationships/hyperlink" Target="https://jurid-entrepris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