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0"/>
        </w:rPr>
        <w:t>Prénom NOM</w:t>
      </w:r>
    </w:p>
    <w:p>
      <w:r>
        <w:rPr>
          <w:b w:val="0"/>
          <w:sz w:val="20"/>
        </w:rPr>
        <w:t>Adresse complète</w:t>
      </w:r>
    </w:p>
    <w:p>
      <w:r>
        <w:rPr>
          <w:b w:val="0"/>
          <w:sz w:val="20"/>
        </w:rPr>
        <w:t>Téléphone : _______________________</w:t>
      </w:r>
    </w:p>
    <w:p>
      <w:r>
        <w:rPr>
          <w:b w:val="0"/>
          <w:sz w:val="20"/>
        </w:rPr>
        <w:t>Courriel : ________________________</w:t>
      </w:r>
    </w:p>
    <w:p/>
    <w:p>
      <w:r>
        <w:rPr>
          <w:b/>
          <w:sz w:val="20"/>
        </w:rPr>
        <w:t>Nom de l'entreprise / de l'organisme</w:t>
      </w:r>
    </w:p>
    <w:p>
      <w:r>
        <w:rPr>
          <w:b w:val="0"/>
          <w:sz w:val="20"/>
        </w:rPr>
        <w:t>Adresse complète</w:t>
      </w:r>
    </w:p>
    <w:p/>
    <w:p>
      <w:pPr>
        <w:jc w:val="center"/>
      </w:pPr>
      <w:r>
        <w:rPr>
          <w:b/>
          <w:sz w:val="20"/>
        </w:rPr>
        <w:t>Objet : Lettre de motivation pour un poste au Canada</w:t>
      </w:r>
    </w:p>
    <w:p/>
    <w:p/>
    <w:p>
      <w:r>
        <w:rPr>
          <w:b w:val="0"/>
          <w:sz w:val="20"/>
        </w:rPr>
        <w:t>Madame, Monsieur,</w:t>
      </w:r>
    </w:p>
    <w:p/>
    <w:p>
      <w:r>
        <w:rPr>
          <w:b w:val="0"/>
          <w:sz w:val="20"/>
        </w:rPr>
        <w:t>Je me permets de vous adresser ma candidature pour le poste proposé au sein de votre organisation. Fort d’une expérience significative dans mon domaine, je souhaite mettre mes compétences au service de votre équipe et contribuer activement à vos projets.</w:t>
      </w:r>
    </w:p>
    <w:p/>
    <w:p>
      <w:r>
        <w:rPr>
          <w:b w:val="0"/>
          <w:sz w:val="20"/>
        </w:rPr>
        <w:t>Titulaire d’un diplôme en [nom du diplôme] obtenu à [nom de l’établissement], j’ai développé une expertise solide dans [domaine ou secteur d’activité]. Au cours de mes précédentes expériences professionnelles, notamment chez [nom de l’entreprise], j’ai acquis des compétences avérées en [compétences clés].</w:t>
      </w:r>
    </w:p>
    <w:p/>
    <w:p>
      <w:r>
        <w:rPr>
          <w:b w:val="0"/>
          <w:sz w:val="20"/>
        </w:rPr>
        <w:t>Votre entreprise, reconnue pour son dynamisme et son engagement envers l’innovation, correspond parfaitement à mes aspirations professionnelles. Intégrer votre équipe représente pour moi une opportunité unique de relever de nouveaux défis et de participer activement à votre croissance.</w:t>
      </w:r>
    </w:p>
    <w:p/>
    <w:p>
      <w:r>
        <w:rPr>
          <w:b w:val="0"/>
          <w:sz w:val="20"/>
        </w:rPr>
        <w:t>Doté d’un excellent sens du relationnel, d’une grande rigueur et d’une capacité d’adaptation éprouvée, je suis convaincu que mes qualités seraient un atout majeur pour votre structure. Mon autonomie, mon sens de l’organisation ainsi que ma motivation me permettront de m’intégrer rapidement et efficacement.</w:t>
      </w:r>
    </w:p>
    <w:p/>
    <w:p>
      <w:r>
        <w:rPr>
          <w:b w:val="0"/>
          <w:sz w:val="20"/>
        </w:rPr>
        <w:t>Conscient des exigences liées au contexte professionnel canadien, je suis également très motivé par la perspective de découvrir une nouvelle culture de travail et de m’intégrer parfaitement au sein de votre équipe. Je suis prêt à m’investir pleinement afin de répondre aux attentes de votre organisation.</w:t>
      </w:r>
    </w:p>
    <w:p/>
    <w:p>
      <w:r>
        <w:rPr>
          <w:b w:val="0"/>
          <w:sz w:val="20"/>
        </w:rPr>
        <w:t>Je me tiens à votre disposition pour un entretien au cours duquel je pourrais vous exposer plus en détail mes motivations et mes compétences. Dans l’attente d’un retour favorable, je vous prie d’agréer, Madame, Monsieur, l’expression de mes salutations distinguées.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Candidat</w:t>
            </w:r>
          </w:p>
        </w:tc>
        <w:tc>
          <w:tcPr>
            <w:tcW w:type="dxa" w:w="4986"/>
            <w:tcBorders>
              <w:top w:val="nil"/>
              <w:left w:val="nil"/>
              <w:bottom w:val="nil"/>
              <w:right w:val="nil"/>
              <w:insideH w:val="nil"/>
              <w:insideV w:val="nil"/>
            </w:tcBorders>
          </w:tcPr>
          <w:p>
            <w:pPr>
              <w:jc w:val="center"/>
            </w:pPr>
            <w:r>
              <w:t>Recruteur</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https://jurid-entreprise.com/lettre-de-motivation-canadienne/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lettre-de-motivation-canadienne/"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