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EXEMPLE DE LETTRE DE DEMANDE DE MACHINE LOTO</w:t>
      </w:r>
    </w:p>
    <w:p/>
    <w:p/>
    <w:p>
      <w:r>
        <w:rPr>
          <w:b/>
          <w:sz w:val="20"/>
        </w:rPr>
        <w:t>À</w:t>
      </w:r>
    </w:p>
    <w:p>
      <w:r>
        <w:rPr>
          <w:b w:val="0"/>
          <w:sz w:val="20"/>
        </w:rPr>
        <w:t>Monsieur/Madame le Responsable des Machines Loto</w:t>
      </w:r>
    </w:p>
    <w:p>
      <w:r>
        <w:rPr>
          <w:b w:val="0"/>
          <w:sz w:val="20"/>
        </w:rPr>
        <w:t>Adresse de la société ou de l'organisme</w:t>
      </w:r>
    </w:p>
    <w:p>
      <w:r>
        <w:rPr>
          <w:b w:val="0"/>
          <w:sz w:val="20"/>
        </w:rPr>
        <w:t>Code postal - Ville</w:t>
      </w:r>
    </w:p>
    <w:p/>
    <w:p/>
    <w:p>
      <w:r>
        <w:rPr>
          <w:b/>
          <w:sz w:val="20"/>
        </w:rPr>
        <w:t>De</w:t>
      </w:r>
    </w:p>
    <w:p>
      <w:r>
        <w:rPr>
          <w:b w:val="0"/>
          <w:sz w:val="20"/>
        </w:rPr>
        <w:t>Nom et prénom : 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Code postal - Ville : __________________________________________</w:t>
      </w:r>
    </w:p>
    <w:p>
      <w:r>
        <w:rPr>
          <w:b w:val="0"/>
          <w:sz w:val="20"/>
        </w:rPr>
        <w:t>Téléphone : _________________________________________________</w:t>
      </w:r>
    </w:p>
    <w:p>
      <w:r>
        <w:rPr>
          <w:b w:val="0"/>
          <w:sz w:val="20"/>
        </w:rPr>
        <w:t>Adresse e-mail : ______________________________________________</w:t>
      </w:r>
    </w:p>
    <w:p/>
    <w:p/>
    <w:p>
      <w:r>
        <w:rPr>
          <w:b/>
          <w:sz w:val="20"/>
        </w:rPr>
        <w:t>Objet : Demande d’installation d’une machine Loto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par la présente de solliciter l'installation d'une machine Loto au sein de mon établissement situé à l'adresse indiquée ci-dessus. Cette demande s'inscrit dans le cadre de l'amélioration de l'offre de divertissement et de services proposée à ma clientèle.</w:t>
      </w:r>
    </w:p>
    <w:p/>
    <w:p>
      <w:r>
        <w:rPr>
          <w:b w:val="0"/>
          <w:sz w:val="20"/>
        </w:rPr>
        <w:t>Conformément à la réglementation en vigueur relative aux jeux et loteries, je m'engage à respecter toutes les obligations légales et administratives requises pour l'exploitation de cette machine, notamment en matière de sécurité, de contrôle des accès et de prévention du jeu excessif.</w:t>
      </w:r>
    </w:p>
    <w:p/>
    <w:p>
      <w:r>
        <w:rPr>
          <w:b w:val="0"/>
          <w:sz w:val="20"/>
        </w:rPr>
        <w:t>Je vous prie donc de bien vouloir examiner ma demande et de m'informer des démarches à suivre ainsi que des conditions nécessaires à la mise en place de la machine Loto.</w:t>
      </w:r>
    </w:p>
    <w:p/>
    <w:p>
      <w:r>
        <w:rPr>
          <w:b w:val="0"/>
          <w:sz w:val="20"/>
        </w:rPr>
        <w:t>Restant à votre disposition pour toute information complémentaire ou entretien, je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https://jurid-entreprise.com/exemple-de-lettre-de-demande-de-machine-loto/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exemple-de-lettre-de-demande-de-machine-loto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