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CONTRAT DE MANDAT DE SERVICE À LA PERSONNE</w:t>
      </w:r>
    </w:p>
    <w:p/>
    <w:p>
      <w:r>
        <w:rPr>
          <w:b w:val="0"/>
          <w:sz w:val="20"/>
        </w:rPr>
        <w:t>Lieu : ____________________________    Date : ____________________________</w:t>
      </w:r>
    </w:p>
    <w:p/>
    <w:p>
      <w:r>
        <w:rPr>
          <w:b/>
          <w:sz w:val="20"/>
        </w:rPr>
        <w:t>Données du Mandant :</w:t>
      </w:r>
    </w:p>
    <w:p>
      <w:r>
        <w:rPr>
          <w:b w:val="0"/>
          <w:sz w:val="20"/>
        </w:rPr>
        <w:t>Nom et Prénom : ___________________________________________________</w:t>
      </w:r>
    </w:p>
    <w:p>
      <w:r>
        <w:rPr>
          <w:b w:val="0"/>
          <w:sz w:val="20"/>
        </w:rPr>
        <w:t>Adresse : _________________________________________________________</w:t>
      </w:r>
    </w:p>
    <w:p>
      <w:r>
        <w:rPr>
          <w:b w:val="0"/>
          <w:sz w:val="20"/>
        </w:rPr>
        <w:t>Téléphone : _______________________________________________________</w:t>
      </w:r>
    </w:p>
    <w:p>
      <w:r>
        <w:rPr>
          <w:b w:val="0"/>
          <w:sz w:val="20"/>
        </w:rPr>
        <w:t>Adresse électronique : ____________________________________________</w:t>
      </w:r>
    </w:p>
    <w:p/>
    <w:p>
      <w:r>
        <w:rPr>
          <w:b/>
          <w:sz w:val="20"/>
        </w:rPr>
        <w:t>Données du Mandataire (prestataire) :</w:t>
      </w:r>
    </w:p>
    <w:p>
      <w:r>
        <w:rPr>
          <w:b w:val="0"/>
          <w:sz w:val="20"/>
        </w:rPr>
        <w:t>Nom et Prénom / Raison sociale : ___________________________________</w:t>
      </w:r>
    </w:p>
    <w:p>
      <w:r>
        <w:rPr>
          <w:b w:val="0"/>
          <w:sz w:val="20"/>
        </w:rPr>
        <w:t>Adresse professionnelle : _________________________________________</w:t>
      </w:r>
    </w:p>
    <w:p>
      <w:r>
        <w:rPr>
          <w:b w:val="0"/>
          <w:sz w:val="20"/>
        </w:rPr>
        <w:t>Téléphone : _______________________________________________________</w:t>
      </w:r>
    </w:p>
    <w:p>
      <w:r>
        <w:rPr>
          <w:b w:val="0"/>
          <w:sz w:val="20"/>
        </w:rPr>
        <w:t>Adresse électronique : ____________________________________________</w:t>
      </w:r>
    </w:p>
    <w:p>
      <w:r>
        <w:rPr>
          <w:b w:val="0"/>
          <w:sz w:val="20"/>
        </w:rPr>
        <w:t>SIRET : __________________________________________________________</w:t>
      </w:r>
    </w:p>
    <w:p>
      <w:r>
        <w:rPr>
          <w:b w:val="0"/>
          <w:sz w:val="20"/>
        </w:rPr>
        <w:t>Qualité et compétences professionnelles : __________________________</w:t>
      </w:r>
    </w:p>
    <w:p/>
    <w:p>
      <w:r>
        <w:rPr>
          <w:b/>
          <w:sz w:val="20"/>
        </w:rPr>
        <w:t>Article 1 – Objet du contrat</w:t>
      </w:r>
    </w:p>
    <w:p>
      <w:r>
        <w:rPr>
          <w:b w:val="0"/>
          <w:sz w:val="20"/>
        </w:rPr>
        <w:t>Le Mandant confie au Mandataire, qui accepte, un mandat de réalisation de prestations de services à la personne, conformément aux dispositions des articles L. 7231-1 et suivants du Code du travail et aux conditions définies dans le présent contrat. Les prestations concernent exclusivement :</w:t>
      </w:r>
    </w:p>
    <w:p>
      <w:r>
        <w:rPr>
          <w:b w:val="0"/>
          <w:sz w:val="20"/>
        </w:rPr>
        <w:t>- 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</w:t>
      </w:r>
    </w:p>
    <w:p/>
    <w:p>
      <w:r>
        <w:rPr>
          <w:b/>
          <w:sz w:val="20"/>
        </w:rPr>
        <w:t>Article 2 – Durée du contrat</w:t>
      </w:r>
    </w:p>
    <w:p>
      <w:r>
        <w:rPr>
          <w:b w:val="0"/>
          <w:sz w:val="20"/>
        </w:rPr>
        <w:t>Le présent contrat est conclu pour une durée indéterminée / déterminée (rayer la mention inutile). Il prendra effet à compter de la signature des parties. En cas de durée déterminée, il prendra fin automatiquement le : __________________.</w:t>
      </w:r>
    </w:p>
    <w:p/>
    <w:p>
      <w:r>
        <w:rPr>
          <w:b/>
          <w:sz w:val="20"/>
        </w:rPr>
        <w:t>Article 3 – Modalités d’exécution des prestations</w:t>
      </w:r>
    </w:p>
    <w:p>
      <w:r>
        <w:rPr>
          <w:b w:val="0"/>
          <w:sz w:val="20"/>
        </w:rPr>
        <w:t>Les prestations seront réalisées à l'adresse du Mandant, aux jours et horaires suivants :</w:t>
      </w:r>
    </w:p>
    <w:p>
      <w:r>
        <w:rPr>
          <w:b w:val="0"/>
          <w:sz w:val="20"/>
        </w:rPr>
        <w:t>- Jours : ___________________________________________________________</w:t>
      </w:r>
    </w:p>
    <w:p>
      <w:r>
        <w:rPr>
          <w:b w:val="0"/>
          <w:sz w:val="20"/>
        </w:rPr>
        <w:t>- Horaires : ________________________________________________________</w:t>
      </w:r>
    </w:p>
    <w:p>
      <w:r>
        <w:rPr>
          <w:b w:val="0"/>
          <w:sz w:val="20"/>
        </w:rPr>
        <w:t>Le Mandataire s’engage à respecter la confidentialité, la discrétion et la qualité dans la réalisation des prestations, ainsi que la législation en vigueur.</w:t>
      </w:r>
    </w:p>
    <w:p/>
    <w:p>
      <w:r>
        <w:rPr>
          <w:b/>
          <w:sz w:val="20"/>
        </w:rPr>
        <w:t>Article 4 – Obligations du Mandant</w:t>
      </w:r>
    </w:p>
    <w:p>
      <w:r>
        <w:rPr>
          <w:b w:val="0"/>
          <w:sz w:val="20"/>
        </w:rPr>
        <w:t>Le Mandant s’engage à :</w:t>
      </w:r>
    </w:p>
    <w:p>
      <w:r>
        <w:rPr>
          <w:b w:val="0"/>
          <w:sz w:val="20"/>
        </w:rPr>
        <w:t>- Mettre à disposition du Mandataire les moyens nécessaires à l’exécution du service.</w:t>
      </w:r>
    </w:p>
    <w:p>
      <w:r>
        <w:rPr>
          <w:b w:val="0"/>
          <w:sz w:val="20"/>
        </w:rPr>
        <w:t>- Payer le prix convenu aux dates et modalités fixées au présent contrat.</w:t>
      </w:r>
    </w:p>
    <w:p>
      <w:r>
        <w:rPr>
          <w:b w:val="0"/>
          <w:sz w:val="20"/>
        </w:rPr>
        <w:t>- Respecter les règles de sécurité et d’hygiène applicables.</w:t>
      </w:r>
    </w:p>
    <w:p/>
    <w:p>
      <w:r>
        <w:rPr>
          <w:b/>
          <w:sz w:val="20"/>
        </w:rPr>
        <w:t>Article 5 – Obligations du Mandataire</w:t>
      </w:r>
    </w:p>
    <w:p>
      <w:r>
        <w:rPr>
          <w:b w:val="0"/>
          <w:sz w:val="20"/>
        </w:rPr>
        <w:t>Le Mandataire s’engage à :</w:t>
      </w:r>
    </w:p>
    <w:p>
      <w:r>
        <w:rPr>
          <w:b w:val="0"/>
          <w:sz w:val="20"/>
        </w:rPr>
        <w:t>- Exécuter personnellement les prestations ou sous sa responsabilité.</w:t>
      </w:r>
    </w:p>
    <w:p>
      <w:r>
        <w:rPr>
          <w:b w:val="0"/>
          <w:sz w:val="20"/>
        </w:rPr>
        <w:t>- Respecter strictement la confidentialité des informations reçues.</w:t>
      </w:r>
    </w:p>
    <w:p>
      <w:r>
        <w:rPr>
          <w:b w:val="0"/>
          <w:sz w:val="20"/>
        </w:rPr>
        <w:t>- Informer immédiatement le Mandant en cas d’empêchement ou de difficulté.</w:t>
      </w:r>
    </w:p>
    <w:p>
      <w:r>
        <w:rPr>
          <w:b w:val="0"/>
          <w:sz w:val="20"/>
        </w:rPr>
        <w:t>- Respecter les règles de sécurité, d’hygiène et de droit du travail en vigueur.</w:t>
      </w:r>
    </w:p>
    <w:p/>
    <w:p>
      <w:r>
        <w:rPr>
          <w:b/>
          <w:sz w:val="20"/>
        </w:rPr>
        <w:t>Article 6 – Rémunération</w:t>
      </w:r>
    </w:p>
    <w:p>
      <w:r>
        <w:rPr>
          <w:b w:val="0"/>
          <w:sz w:val="20"/>
        </w:rPr>
        <w:t>Le Mandant versera au Mandataire, en contrepartie des prestations, une rémunération de :</w:t>
      </w:r>
    </w:p>
    <w:p>
      <w:r>
        <w:rPr>
          <w:b w:val="0"/>
          <w:sz w:val="20"/>
        </w:rPr>
        <w:t>- Montant : _________________ EUR par heure/prestation (rayer la mention inutile).</w:t>
      </w:r>
    </w:p>
    <w:p>
      <w:r>
        <w:rPr>
          <w:b w:val="0"/>
          <w:sz w:val="20"/>
        </w:rPr>
        <w:t>- Modalités de paiement : ____________________________________________</w:t>
      </w:r>
    </w:p>
    <w:p>
      <w:r>
        <w:rPr>
          <w:b w:val="0"/>
          <w:sz w:val="20"/>
        </w:rPr>
        <w:t>Les paiements seront effectués par : __________________________________</w:t>
      </w:r>
    </w:p>
    <w:p/>
    <w:p>
      <w:r>
        <w:rPr>
          <w:b/>
          <w:sz w:val="20"/>
        </w:rPr>
        <w:t>Article 7 – Absences et remplacements</w:t>
      </w:r>
    </w:p>
    <w:p>
      <w:r>
        <w:rPr>
          <w:b w:val="0"/>
          <w:sz w:val="20"/>
        </w:rPr>
        <w:t>En cas d’absence du Mandataire, ce dernier s’engage à prévenir le Mandant dans les meilleurs délais et, si possible, à assurer un remplacement.</w:t>
      </w:r>
    </w:p>
    <w:p>
      <w:r>
        <w:rPr>
          <w:b w:val="0"/>
          <w:sz w:val="20"/>
        </w:rPr>
        <w:t>Les absences du Mandant doivent être signalées à l’avance pour adapter les prestations.</w:t>
      </w:r>
    </w:p>
    <w:p/>
    <w:p>
      <w:r>
        <w:rPr>
          <w:b/>
          <w:sz w:val="20"/>
        </w:rPr>
        <w:t>Article 8 – Résiliation</w:t>
      </w:r>
    </w:p>
    <w:p>
      <w:r>
        <w:rPr>
          <w:b w:val="0"/>
          <w:sz w:val="20"/>
        </w:rPr>
        <w:t>Le présent contrat peut être résilié à tout moment par l’une ou l’autre des parties, sous réserve du respect d’un préavis de : _______ jours.</w:t>
      </w:r>
    </w:p>
    <w:p>
      <w:r>
        <w:rPr>
          <w:b w:val="0"/>
          <w:sz w:val="20"/>
        </w:rPr>
        <w:t>La résiliation doit être notifiée par lettre recommandée avec accusé de réception ou tout autre moyen laissant une preuve écrite.</w:t>
      </w:r>
    </w:p>
    <w:p/>
    <w:p>
      <w:r>
        <w:rPr>
          <w:b/>
          <w:sz w:val="20"/>
        </w:rPr>
        <w:t>Article 9 – Responsabilités</w:t>
      </w:r>
    </w:p>
    <w:p>
      <w:r>
        <w:rPr>
          <w:b w:val="0"/>
          <w:sz w:val="20"/>
        </w:rPr>
        <w:t>Le Mandataire est responsable de la bonne exécution des prestations dans le respect des règles professionnelles.</w:t>
      </w:r>
    </w:p>
    <w:p>
      <w:r>
        <w:rPr>
          <w:b w:val="0"/>
          <w:sz w:val="20"/>
        </w:rPr>
        <w:t>Le Mandant est responsable de la sécurité des lieux et des informations communiquées.</w:t>
      </w:r>
    </w:p>
    <w:p>
      <w:r>
        <w:rPr>
          <w:b w:val="0"/>
          <w:sz w:val="20"/>
        </w:rPr>
        <w:t>Toute responsabilité est exclue en cas de force majeure, faute du Mandant, ou événements imprévisibles.</w:t>
      </w:r>
    </w:p>
    <w:p/>
    <w:p>
      <w:r>
        <w:rPr>
          <w:b/>
          <w:sz w:val="20"/>
        </w:rPr>
        <w:t>Article 10 – Protection des données personnelles</w:t>
      </w:r>
    </w:p>
    <w:p>
      <w:r>
        <w:rPr>
          <w:b w:val="0"/>
          <w:sz w:val="20"/>
        </w:rPr>
        <w:t>Les parties s’engagent à respecter la législation applicable en matière de protection des données personnelles, notamment le Règlement Général sur la Protection des Données (RGPD).</w:t>
      </w:r>
    </w:p>
    <w:p>
      <w:r>
        <w:rPr>
          <w:b w:val="0"/>
          <w:sz w:val="20"/>
        </w:rPr>
        <w:t>Les données collectées sont utilisées uniquement dans le cadre de l’exécution du présent contrat.</w:t>
      </w:r>
    </w:p>
    <w:p/>
    <w:p>
      <w:r>
        <w:rPr>
          <w:b/>
          <w:sz w:val="20"/>
        </w:rPr>
        <w:t>Article 11 – Litiges</w:t>
      </w:r>
    </w:p>
    <w:p>
      <w:r>
        <w:rPr>
          <w:b w:val="0"/>
          <w:sz w:val="20"/>
        </w:rPr>
        <w:t>En cas de litige relatif à l’interprétation ou à l’exécution du présent contrat, les parties s’efforceront de trouver une solution amiable.</w:t>
      </w:r>
    </w:p>
    <w:p>
      <w:r>
        <w:rPr>
          <w:b w:val="0"/>
          <w:sz w:val="20"/>
        </w:rPr>
        <w:t>À défaut, le litige sera soumis aux juridictions compétentes conformément au droit français.</w:t>
      </w:r>
    </w:p>
    <w:p/>
    <w:p/>
    <w:p>
      <w:r>
        <w:rPr>
          <w:b w:val="0"/>
          <w:sz w:val="20"/>
        </w:rPr>
        <w:t>Lieu et date de la signature : 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MANDANT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MANDATAIRE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https://jurid-entreprise.com/exemple-contrat-de-mandat-service-a-la-personne/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https://jurid-entreprise.com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jurid-entreprise.com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-entreprise.com/exemple-contrat-de-mandat-service-a-la-personne/" TargetMode="External"/><Relationship Id="rId10" Type="http://schemas.openxmlformats.org/officeDocument/2006/relationships/hyperlink" Target="https://jurid-entrepris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