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DÉTACHEMENT</w:t>
      </w:r>
    </w:p>
    <w:p/>
    <w:p>
      <w:r>
        <w:rPr>
          <w:b/>
          <w:sz w:val="20"/>
        </w:rPr>
        <w:t>À l’attention de l’Administration des Douanes</w:t>
      </w:r>
    </w:p>
    <w:p/>
    <w:p>
      <w:r>
        <w:rPr>
          <w:b/>
          <w:sz w:val="20"/>
        </w:rPr>
        <w:t>Je soussigné(e) : _________________________________________________</w:t>
      </w:r>
    </w:p>
    <w:p>
      <w:r>
        <w:rPr>
          <w:b w:val="0"/>
          <w:sz w:val="20"/>
        </w:rPr>
        <w:t>Nom et prénom</w:t>
      </w:r>
    </w:p>
    <w:p>
      <w:r>
        <w:rPr>
          <w:b w:val="0"/>
          <w:sz w:val="20"/>
        </w:rPr>
        <w:t>Demeurant : ______________________________________________________</w:t>
      </w:r>
    </w:p>
    <w:p>
      <w:r>
        <w:rPr>
          <w:b w:val="0"/>
          <w:sz w:val="20"/>
        </w:rPr>
        <w:t>Adresse complète</w:t>
      </w:r>
    </w:p>
    <w:p>
      <w:r>
        <w:rPr>
          <w:b w:val="0"/>
          <w:sz w:val="20"/>
        </w:rPr>
        <w:t>Téléphone : 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Désignation du véhicule :</w:t>
      </w:r>
    </w:p>
    <w:p>
      <w:r>
        <w:rPr>
          <w:b w:val="0"/>
          <w:sz w:val="20"/>
        </w:rPr>
        <w:t>Marque : _________________________________________________________</w:t>
      </w:r>
    </w:p>
    <w:p>
      <w:r>
        <w:rPr>
          <w:b w:val="0"/>
          <w:sz w:val="20"/>
        </w:rPr>
        <w:t>Modèle : _________________________________________________________</w:t>
      </w:r>
    </w:p>
    <w:p>
      <w:r>
        <w:rPr>
          <w:b w:val="0"/>
          <w:sz w:val="20"/>
        </w:rPr>
        <w:t>Numéro d’immatriculation : ________________________________________</w:t>
      </w:r>
    </w:p>
    <w:p>
      <w:r>
        <w:rPr>
          <w:b w:val="0"/>
          <w:sz w:val="20"/>
        </w:rPr>
        <w:t>Numéro de série (VIN) : ___________________________________________</w:t>
      </w:r>
    </w:p>
    <w:p>
      <w:r>
        <w:rPr>
          <w:b w:val="0"/>
          <w:sz w:val="20"/>
        </w:rPr>
        <w:t>Date de première mise en circulation : ___________________________</w:t>
      </w:r>
    </w:p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Par la présente, je sollicite le détachement de mon véhicule du régime douanier dans lequel il est actuellement enregistré afin de :</w:t>
      </w:r>
    </w:p>
    <w:p>
      <w:r>
        <w:rPr>
          <w:b w:val="0"/>
          <w:sz w:val="20"/>
        </w:rPr>
        <w:t>- Procéder à son immatriculation définitive en France</w:t>
      </w:r>
    </w:p>
    <w:p>
      <w:r>
        <w:rPr>
          <w:b w:val="0"/>
          <w:sz w:val="20"/>
        </w:rPr>
        <w:t>- Régulariser sa situation au regard de la législation douanière en vigueur</w:t>
      </w:r>
    </w:p>
    <w:p>
      <w:r>
        <w:rPr>
          <w:b w:val="0"/>
          <w:sz w:val="20"/>
        </w:rPr>
        <w:t>- Mettre fin à l’exonération temporaire accordée lors de l'importation</w:t>
      </w:r>
    </w:p>
    <w:p/>
    <w:p>
      <w:r>
        <w:rPr>
          <w:b/>
          <w:sz w:val="20"/>
        </w:rPr>
        <w:t>Motifs justifiant la demande de détachement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Pièces jointes à la demande :</w:t>
      </w:r>
    </w:p>
    <w:p>
      <w:r>
        <w:rPr>
          <w:b w:val="0"/>
          <w:sz w:val="20"/>
        </w:rPr>
        <w:t>- Copie de la carte grise ou du certificat d’immatriculation provisoire</w:t>
      </w:r>
    </w:p>
    <w:p>
      <w:r>
        <w:rPr>
          <w:b w:val="0"/>
          <w:sz w:val="20"/>
        </w:rPr>
        <w:t>- Justificatif de domicile de moins de 6 mois</w:t>
      </w:r>
    </w:p>
    <w:p>
      <w:r>
        <w:rPr>
          <w:b w:val="0"/>
          <w:sz w:val="20"/>
        </w:rPr>
        <w:t>- Copie de la pièce d’identité</w:t>
      </w:r>
    </w:p>
    <w:p>
      <w:r>
        <w:rPr>
          <w:b w:val="0"/>
          <w:sz w:val="20"/>
        </w:rPr>
        <w:t>- Facture d’achat ou certificat de vente</w:t>
      </w:r>
    </w:p>
    <w:p>
      <w:r>
        <w:rPr>
          <w:b w:val="0"/>
          <w:sz w:val="20"/>
        </w:rPr>
        <w:t>- Certificat de conformité ou documents techniques du véhicule</w:t>
      </w:r>
    </w:p>
    <w:p>
      <w:r>
        <w:rPr>
          <w:b w:val="0"/>
          <w:sz w:val="20"/>
        </w:rPr>
        <w:t>- Autres documents justificatifs : _______________________________</w:t>
      </w:r>
    </w:p>
    <w:p/>
    <w:p>
      <w:r>
        <w:rPr>
          <w:b/>
          <w:sz w:val="20"/>
        </w:rPr>
        <w:t>Déclaration sur l’honneur :</w:t>
      </w:r>
    </w:p>
    <w:p>
      <w:r>
        <w:rPr>
          <w:b w:val="0"/>
          <w:sz w:val="20"/>
        </w:rPr>
        <w:t>Je certifie sur l’honneur l’exactitude des informations fournies et m’engage à signaler toute modification de la situation du véhicule. Je prends connaissance des conséquences légales en cas de déclaration inexacte ou de fraude.</w:t>
      </w:r>
    </w:p>
    <w:p/>
    <w:p>
      <w:r>
        <w:rPr>
          <w:b/>
          <w:sz w:val="20"/>
        </w:rPr>
        <w:t>Engagements :</w:t>
      </w:r>
    </w:p>
    <w:p>
      <w:r>
        <w:rPr>
          <w:b w:val="0"/>
          <w:sz w:val="20"/>
        </w:rPr>
        <w:t>Je m’engage à respecter les obligations liées à la détention et à l’utilisation du véhicule conformément à la réglementation française et européenne applicable.</w:t>
      </w:r>
    </w:p>
    <w:p/>
    <w:p>
      <w:r>
        <w:rPr>
          <w:b w:val="0"/>
          <w:sz w:val="20"/>
        </w:rPr>
        <w:t>Je vous prie de bien vouloir prendre en compte cette demande dans les meilleurs délais.</w:t>
      </w:r>
    </w:p>
    <w:p/>
    <w:p/>
    <w:p>
      <w:r>
        <w:rPr>
          <w:b w:val="0"/>
          <w:sz w:val="20"/>
        </w:rPr>
        <w:t>Lieu : _________________________________________</w:t>
      </w:r>
    </w:p>
    <w:p>
      <w:r>
        <w:rPr>
          <w:b w:val="0"/>
          <w:sz w:val="20"/>
        </w:rPr>
        <w:t>Signature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Réception Administration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https://jurid-entreprise.com/demande-de-detachement/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demande-de-detachement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