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EXTRA RESTAURATION</w:t>
      </w:r>
    </w:p>
    <w:p/>
    <w:p>
      <w:r>
        <w:rPr>
          <w:b/>
          <w:sz w:val="20"/>
        </w:rPr>
        <w:t>Entre les soussignés :</w:t>
      </w:r>
    </w:p>
    <w:p>
      <w:r>
        <w:rPr>
          <w:b w:val="0"/>
          <w:sz w:val="20"/>
        </w:rPr>
        <w:t>Le Prestataire : ___________________________________________________</w:t>
      </w:r>
    </w:p>
    <w:p>
      <w:r>
        <w:rPr>
          <w:b w:val="0"/>
          <w:sz w:val="20"/>
        </w:rPr>
        <w:t>Adresse : __________________________________________________________</w:t>
      </w:r>
    </w:p>
    <w:p>
      <w:r>
        <w:rPr>
          <w:b w:val="0"/>
          <w:sz w:val="20"/>
        </w:rPr>
        <w:t>Représenté par : _________________________________________________</w:t>
      </w:r>
    </w:p>
    <w:p>
      <w:r>
        <w:rPr>
          <w:b w:val="0"/>
          <w:sz w:val="20"/>
        </w:rPr>
        <w:t>Téléphone : _______________________________________________________</w:t>
      </w:r>
    </w:p>
    <w:p/>
    <w:p>
      <w:r>
        <w:rPr>
          <w:b w:val="0"/>
          <w:sz w:val="20"/>
        </w:rPr>
        <w:t>Et le Client : ______________________________________________________</w:t>
      </w:r>
    </w:p>
    <w:p>
      <w:r>
        <w:rPr>
          <w:b w:val="0"/>
          <w:sz w:val="20"/>
        </w:rPr>
        <w:t>Adresse : __________________________________________________________</w:t>
      </w:r>
    </w:p>
    <w:p>
      <w:r>
        <w:rPr>
          <w:b w:val="0"/>
          <w:sz w:val="20"/>
        </w:rPr>
        <w:t>Téléphone : _______________________________________________________</w:t>
      </w:r>
    </w:p>
    <w:p/>
    <w:p>
      <w:r>
        <w:rPr>
          <w:b/>
          <w:sz w:val="20"/>
        </w:rPr>
        <w:t>Article 1 – Objet du contrat</w:t>
      </w:r>
    </w:p>
    <w:p>
      <w:r>
        <w:rPr>
          <w:b w:val="0"/>
          <w:sz w:val="20"/>
        </w:rPr>
        <w:t>Le présent contrat a pour objet la prestation de services de restauration extraordinaire fournis par le Prestataire au Client. Cette prestation comprend, sans s'y limiter, les services de nettoyage approfondi, désinfection, entretien spécifique et autres interventions définies d’un commun accord.</w:t>
      </w:r>
    </w:p>
    <w:p/>
    <w:p>
      <w:r>
        <w:rPr>
          <w:b/>
          <w:sz w:val="20"/>
        </w:rPr>
        <w:t>Article 2 – Durée et modalités d’intervention</w:t>
      </w:r>
    </w:p>
    <w:p>
      <w:r>
        <w:rPr>
          <w:b w:val="0"/>
          <w:sz w:val="20"/>
        </w:rPr>
        <w:t>La prestation est réalisée selon le planning convenu entre les parties, pour une durée déterminée ou indéterminée selon le cas. Le Prestataire s’engage à intervenir aux dates et heures convenues et à respecter les consignes de sécurité.</w:t>
      </w:r>
    </w:p>
    <w:p/>
    <w:p>
      <w:r>
        <w:rPr>
          <w:b/>
          <w:sz w:val="20"/>
        </w:rPr>
        <w:t>Article 3 – Obligations du Prestataire</w:t>
      </w:r>
    </w:p>
    <w:p>
      <w:r>
        <w:rPr>
          <w:b w:val="0"/>
          <w:sz w:val="20"/>
        </w:rPr>
        <w:t>Le Prestataire s’engage à fournir ses services avec diligence, compétence et conformément aux règles de l’art ainsi qu’aux normes en vigueur. Il garantit confidentialité et respect du matériel et des locaux du Client.</w:t>
      </w:r>
    </w:p>
    <w:p/>
    <w:p>
      <w:r>
        <w:rPr>
          <w:b/>
          <w:sz w:val="20"/>
        </w:rPr>
        <w:t>Article 4 – Obligations du Client</w:t>
      </w:r>
    </w:p>
    <w:p>
      <w:r>
        <w:rPr>
          <w:b w:val="0"/>
          <w:sz w:val="20"/>
        </w:rPr>
        <w:t>Le Client s’engage à fournir au Prestataire un accès libre aux locaux concernés, ainsi que toutes les informations nécessaires à la bonne exécution de la prestation. Il s’engage également à régler le prix convenu aux échéances prévues.</w:t>
      </w:r>
    </w:p>
    <w:p/>
    <w:p>
      <w:r>
        <w:rPr>
          <w:b/>
          <w:sz w:val="20"/>
        </w:rPr>
        <w:t>Article 5 – Prix et modalités de paiement</w:t>
      </w:r>
    </w:p>
    <w:p>
      <w:r>
        <w:rPr>
          <w:b w:val="0"/>
          <w:sz w:val="20"/>
        </w:rPr>
        <w:t>Le prix de la prestation est fixé à : ____________________ EUR hors taxes. Les modalités de paiement sont les suivantes : ____________________________. Tout retard de paiement entraînera des pénalités conformément à la législation en vigueur.</w:t>
      </w:r>
    </w:p>
    <w:p/>
    <w:p>
      <w:r>
        <w:rPr>
          <w:b/>
          <w:sz w:val="20"/>
        </w:rPr>
        <w:t>Article 6 – Responsabilité et assurances</w:t>
      </w:r>
    </w:p>
    <w:p>
      <w:r>
        <w:rPr>
          <w:b w:val="0"/>
          <w:sz w:val="20"/>
        </w:rPr>
        <w:t>Le Prestataire est responsable des dommages causés par sa faute ou celle de son personnel dans le cadre de la prestation. Il déclare disposer des assurances nécessaires pour couvrir sa responsabilité civile professionnelle. Le Client doit informer le Prestataire de tout risque particulier lié aux locaux.</w:t>
      </w:r>
    </w:p>
    <w:p/>
    <w:p>
      <w:r>
        <w:rPr>
          <w:b/>
          <w:sz w:val="20"/>
        </w:rPr>
        <w:t>Article 7 – Résiliation</w:t>
      </w:r>
    </w:p>
    <w:p>
      <w:r>
        <w:rPr>
          <w:b w:val="0"/>
          <w:sz w:val="20"/>
        </w:rPr>
        <w:t>Chacune des parties peut résilier le présent contrat en respectant un préavis de ______ jours, notifié par écrit. En cas de manquement grave aux obligations contractuelles, la résiliation peut être immédiate, sans préjudice des dommages et intérêts éventuels.</w:t>
      </w:r>
    </w:p>
    <w:p/>
    <w:p>
      <w:r>
        <w:rPr>
          <w:b/>
          <w:sz w:val="20"/>
        </w:rPr>
        <w:t>Article 8 – Confidentialité</w:t>
      </w:r>
    </w:p>
    <w:p>
      <w:r>
        <w:rPr>
          <w:b w:val="0"/>
          <w:sz w:val="20"/>
        </w:rPr>
        <w:t>Les parties s’engagent à ne divulguer aucune information confidentielle obtenue dans le cadre de l’exécution du présent contrat, pendant sa durée et après son expiration.</w:t>
      </w:r>
    </w:p>
    <w:p/>
    <w:p>
      <w:r>
        <w:rPr>
          <w:b/>
          <w:sz w:val="20"/>
        </w:rPr>
        <w:t>Article 9 – Force majeure</w:t>
      </w:r>
    </w:p>
    <w:p>
      <w:r>
        <w:rPr>
          <w:b w:val="0"/>
          <w:sz w:val="20"/>
        </w:rPr>
        <w:t>Aucune des parties ne pourra être tenue responsable en cas d’inexécution ou de retard dans l’exécution de ses obligations dû à un cas de force majeure tel que défini par la jurisprudence des tribunaux français.</w:t>
      </w:r>
    </w:p>
    <w:p/>
    <w:p>
      <w:r>
        <w:rPr>
          <w:b/>
          <w:sz w:val="20"/>
        </w:rPr>
        <w:t>Article 10 – Loi applicable et juridiction compétente</w:t>
      </w:r>
    </w:p>
    <w:p>
      <w:r>
        <w:rPr>
          <w:b w:val="0"/>
          <w:sz w:val="20"/>
        </w:rPr>
        <w:t>Le présent contrat est soumis au droit français. En cas de litige relatif à son interprétation ou son exécution, les parties s’efforceront de trouver une solution amiable. À défaut, le litige sera porté devant les tribunaux compétents du ressort du siège social du Prestataire.</w:t>
      </w:r>
    </w:p>
    <w:p/>
    <w:p/>
    <w:p>
      <w:r>
        <w:rPr>
          <w:b w:val="0"/>
          <w:sz w:val="20"/>
        </w:rPr>
        <w:t>Lieu de signature : ______________________________________________</w:t>
      </w:r>
    </w:p>
    <w:p>
      <w:r>
        <w:rPr>
          <w:b w:val="0"/>
          <w:sz w:val="20"/>
        </w:rPr>
        <w:t>Signature du Prestataire : ________________________________________</w:t>
      </w:r>
    </w:p>
    <w:p>
      <w:r>
        <w:rPr>
          <w:b w:val="0"/>
          <w:sz w:val="20"/>
        </w:rPr>
        <w:t>Signature du Client :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PRESTATAIRE</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w:t>
            </w:r>
          </w:p>
        </w:tc>
        <w:tc>
          <w:tcPr>
            <w:tcW w:type="dxa" w:w="4986"/>
            <w:tcBorders>
              <w:top w:val="nil"/>
              <w:left w:val="nil"/>
              <w:bottom w:val="nil"/>
              <w:right w:val="nil"/>
              <w:insideH w:val="nil"/>
              <w:insideV w:val="nil"/>
            </w:tcBorders>
          </w:tcPr>
          <w:p>
            <w:pPr>
              <w:jc w:val="center"/>
            </w:pPr>
            <w:r>
              <w:t>Nom : 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https://jurid-entreprise.com/contrat-extra-restauration/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contrat-extra-restauration/"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