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D’EXPATRIATION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L’Employeur : 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_________________________________________________________</w:t>
      </w:r>
    </w:p>
    <w:p/>
    <w:p>
      <w:pPr>
        <w:jc w:val="center"/>
      </w:pPr>
      <w:r>
        <w:rPr>
          <w:b w:val="0"/>
          <w:sz w:val="20"/>
        </w:rPr>
        <w:t>Et</w:t>
      </w:r>
    </w:p>
    <w:p/>
    <w:p>
      <w:r>
        <w:rPr>
          <w:b w:val="0"/>
          <w:sz w:val="20"/>
        </w:rPr>
        <w:t>L’Expatrié : ______________________________________________________________</w:t>
      </w:r>
    </w:p>
    <w:p>
      <w:r>
        <w:rPr>
          <w:b w:val="0"/>
          <w:sz w:val="20"/>
        </w:rPr>
        <w:t>Adresse actuelle : _________________________________________________________</w:t>
      </w:r>
    </w:p>
    <w:p>
      <w:r>
        <w:rPr>
          <w:b w:val="0"/>
          <w:sz w:val="20"/>
        </w:rPr>
        <w:t>Nationalité : _____________________________________________________________</w:t>
      </w:r>
    </w:p>
    <w:p>
      <w:r>
        <w:rPr>
          <w:b w:val="0"/>
          <w:sz w:val="20"/>
        </w:rPr>
        <w:t>Numéro de passeport / pièce d’identité : ____________________________________</w:t>
      </w:r>
    </w:p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présent contrat a pour objet de définir les conditions de la mission d’expatriation confiée à l’Expatrié par l’Employeur, ainsi que les droits et obligations respectifs des parties durant cette période.</w:t>
      </w:r>
    </w:p>
    <w:p/>
    <w:p>
      <w:r>
        <w:rPr>
          <w:b/>
          <w:sz w:val="20"/>
        </w:rPr>
        <w:t>Article 2 – Durée et lieu de la mission</w:t>
      </w:r>
    </w:p>
    <w:p>
      <w:r>
        <w:rPr>
          <w:b w:val="0"/>
          <w:sz w:val="20"/>
        </w:rPr>
        <w:t>La mission d’expatriation est prévue pour une durée de ______ mois/années, à compter de la date de départ effective, dans le pays suivant : ________________________________. Toute prolongation fera l’objet d’un accord écrit entre les parties.</w:t>
      </w:r>
    </w:p>
    <w:p/>
    <w:p>
      <w:r>
        <w:rPr>
          <w:b/>
          <w:sz w:val="20"/>
        </w:rPr>
        <w:t>Article 3 – Fonctions et responsabilités</w:t>
      </w:r>
    </w:p>
    <w:p>
      <w:r>
        <w:rPr>
          <w:b w:val="0"/>
          <w:sz w:val="20"/>
        </w:rPr>
        <w:t>L’Expatrié exercera les fonctions suivantes : ________________________________________________. Il s’engage à respecter les consignes et les règles applicables dans le cadre de sa mission, ainsi qu’à se conformer au cadre légal et réglementaire du pays d’accueil.</w:t>
      </w:r>
    </w:p>
    <w:p/>
    <w:p>
      <w:r>
        <w:rPr>
          <w:b/>
          <w:sz w:val="20"/>
        </w:rPr>
        <w:t>Article 4 – Rémunération et avantages</w:t>
      </w:r>
    </w:p>
    <w:p>
      <w:r>
        <w:rPr>
          <w:b w:val="0"/>
          <w:sz w:val="20"/>
        </w:rPr>
        <w:t>L’Expatrié percevra une rémunération brute mensuelle de ________ EUR, payable selon les modalités habituelles de l’Employeur. En outre, il bénéficiera des avantages suivants :</w:t>
      </w:r>
    </w:p>
    <w:p>
      <w:r>
        <w:rPr>
          <w:b w:val="0"/>
          <w:sz w:val="20"/>
        </w:rPr>
        <w:t>- Indemnité d’expatriation : ________________________________________________</w:t>
      </w:r>
    </w:p>
    <w:p>
      <w:r>
        <w:rPr>
          <w:b w:val="0"/>
          <w:sz w:val="20"/>
        </w:rPr>
        <w:t>- Logement : _______________________________________________________________</w:t>
      </w:r>
    </w:p>
    <w:p>
      <w:r>
        <w:rPr>
          <w:b w:val="0"/>
          <w:sz w:val="20"/>
        </w:rPr>
        <w:t>- Prise en charge des frais de transport : ____________________________________</w:t>
      </w:r>
    </w:p>
    <w:p>
      <w:r>
        <w:rPr>
          <w:b w:val="0"/>
          <w:sz w:val="20"/>
        </w:rPr>
        <w:t>- Couverture sociale et assurance santé : ____________________________________</w:t>
      </w:r>
    </w:p>
    <w:p>
      <w:r>
        <w:rPr>
          <w:b w:val="0"/>
          <w:sz w:val="20"/>
        </w:rPr>
        <w:t>- Autres avantages : ________________________________________________________</w:t>
      </w:r>
    </w:p>
    <w:p/>
    <w:p>
      <w:r>
        <w:rPr>
          <w:b/>
          <w:sz w:val="20"/>
        </w:rPr>
        <w:t>Article 5 – Protection sociale et assurances</w:t>
      </w:r>
    </w:p>
    <w:p>
      <w:r>
        <w:rPr>
          <w:b w:val="0"/>
          <w:sz w:val="20"/>
        </w:rPr>
        <w:t>L’Employeur s’engage à maintenir la couverture sociale de l’Expatrié conformément à la réglementation française et/ou locale, et à souscrire les assurances nécessaires (santé, rapatriement, responsabilité civile). L’Expatrié s’engage à communiquer tout changement relatif à sa situation personnelle pouvant affecter ces garanties.</w:t>
      </w:r>
    </w:p>
    <w:p/>
    <w:p>
      <w:r>
        <w:rPr>
          <w:b/>
          <w:sz w:val="20"/>
        </w:rPr>
        <w:t>Article 6 – Congés et droit au retour</w:t>
      </w:r>
    </w:p>
    <w:p>
      <w:r>
        <w:rPr>
          <w:b w:val="0"/>
          <w:sz w:val="20"/>
        </w:rPr>
        <w:t>L’Expatrié bénéficiera des congés annuels conformément à la politique de l’Employeur, avec un droit au retour en France à la fin de la mission. L’Employeur s’engage à faciliter la réintégration professionnelle de l’Expatrié à son retour.</w:t>
      </w:r>
    </w:p>
    <w:p/>
    <w:p>
      <w:r>
        <w:rPr>
          <w:b/>
          <w:sz w:val="20"/>
        </w:rPr>
        <w:t>Article 7 – Confidentialité</w:t>
      </w:r>
    </w:p>
    <w:p>
      <w:r>
        <w:rPr>
          <w:b w:val="0"/>
          <w:sz w:val="20"/>
        </w:rPr>
        <w:t>L’Expatrié s’engage à respecter strictement la confidentialité des informations et documents dont il aura connaissance dans le cadre de sa mission, pendant et après la durée du présent contrat.</w:t>
      </w:r>
    </w:p>
    <w:p/>
    <w:p>
      <w:r>
        <w:rPr>
          <w:b/>
          <w:sz w:val="20"/>
        </w:rPr>
        <w:t>Article 8 – Clause de non-concurrence</w:t>
      </w:r>
    </w:p>
    <w:p>
      <w:r>
        <w:rPr>
          <w:b w:val="0"/>
          <w:sz w:val="20"/>
        </w:rPr>
        <w:t>Pendant la durée du présent contrat et pendant une période de ______ mois après son terme, l’Expatrié s’interdit de travailler pour une entreprise concurrente susceptible de nuire aux intérêts légitimes de l’Employeur, sauf accord écrit préalable.</w:t>
      </w:r>
    </w:p>
    <w:p/>
    <w:p>
      <w:r>
        <w:rPr>
          <w:b/>
          <w:sz w:val="20"/>
        </w:rPr>
        <w:t>Article 9 – Résiliation</w:t>
      </w:r>
    </w:p>
    <w:p>
      <w:r>
        <w:rPr>
          <w:b w:val="0"/>
          <w:sz w:val="20"/>
        </w:rPr>
        <w:t>Le présent contrat peut être résilié par l’une ou l’autre des parties moyennant un préavis écrit de ______ mois. En cas de manquement grave aux obligations contractuelles, la résiliation pourra être immédiate, sans préjudice des dommages et intérêts éventuels.</w:t>
      </w:r>
    </w:p>
    <w:p/>
    <w:p>
      <w:r>
        <w:rPr>
          <w:b/>
          <w:sz w:val="20"/>
        </w:rPr>
        <w:t>Article 10 – Litiges et droit applicable</w:t>
      </w:r>
    </w:p>
    <w:p>
      <w:r>
        <w:rPr>
          <w:b w:val="0"/>
          <w:sz w:val="20"/>
        </w:rPr>
        <w:t>Le présent contrat est soumis au droit français. Tout litige relatif à son interprétation ou son exécution sera soumis à la compétence exclusive des juridictions françaises.</w:t>
      </w:r>
    </w:p>
    <w:p/>
    <w:p/>
    <w:p>
      <w:r>
        <w:rPr>
          <w:b w:val="0"/>
          <w:sz w:val="20"/>
        </w:rPr>
        <w:t>Lieu de signature : ___________________________________</w:t>
      </w:r>
    </w:p>
    <w:p>
      <w:r>
        <w:rPr>
          <w:b w:val="0"/>
          <w:sz w:val="20"/>
        </w:rPr>
        <w:t>Date de signature 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EXPATRIÉ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https://jurid-entreprise.com/contrat-d'expatriation/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contrat-d'expatriation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