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D’ENGAGEMENT</w:t>
      </w:r>
    </w:p>
    <w:p/>
    <w:p>
      <w:r>
        <w:rPr>
          <w:b/>
          <w:sz w:val="20"/>
        </w:rPr>
        <w:t>Entre les soussignés :</w:t>
      </w:r>
    </w:p>
    <w:p>
      <w:r>
        <w:rPr>
          <w:b w:val="0"/>
          <w:sz w:val="20"/>
        </w:rPr>
        <w:t>Nom et Prénom : ___________________________________________________</w:t>
      </w:r>
    </w:p>
    <w:p>
      <w:r>
        <w:rPr>
          <w:b w:val="0"/>
          <w:sz w:val="20"/>
        </w:rPr>
        <w:t>Adresse : _________________________________________________________</w:t>
      </w:r>
    </w:p>
    <w:p>
      <w:r>
        <w:rPr>
          <w:b w:val="0"/>
          <w:sz w:val="20"/>
        </w:rPr>
        <w:t>Téléphone : _______________________________________________________</w:t>
      </w:r>
    </w:p>
    <w:p>
      <w:r>
        <w:rPr>
          <w:b w:val="0"/>
          <w:sz w:val="20"/>
        </w:rPr>
        <w:t>Ci-après dénommé « l’Engageant »</w:t>
      </w:r>
    </w:p>
    <w:p/>
    <w:p>
      <w:r>
        <w:rPr>
          <w:b/>
          <w:sz w:val="20"/>
        </w:rPr>
        <w:t>Et :</w:t>
      </w:r>
    </w:p>
    <w:p>
      <w:r>
        <w:rPr>
          <w:b w:val="0"/>
          <w:sz w:val="20"/>
        </w:rPr>
        <w:t>Nom et Prénom : ___________________________________________________</w:t>
      </w:r>
    </w:p>
    <w:p>
      <w:r>
        <w:rPr>
          <w:b w:val="0"/>
          <w:sz w:val="20"/>
        </w:rPr>
        <w:t>Adresse : _________________________________________________________</w:t>
      </w:r>
    </w:p>
    <w:p>
      <w:r>
        <w:rPr>
          <w:b w:val="0"/>
          <w:sz w:val="20"/>
        </w:rPr>
        <w:t>Téléphone : _______________________________________________________</w:t>
      </w:r>
    </w:p>
    <w:p>
      <w:r>
        <w:rPr>
          <w:b w:val="0"/>
          <w:sz w:val="20"/>
        </w:rPr>
        <w:t>Ci-après dénommé « l’Engagé »</w:t>
      </w:r>
    </w:p>
    <w:p/>
    <w:p>
      <w:r>
        <w:rPr>
          <w:b/>
          <w:sz w:val="20"/>
        </w:rPr>
        <w:t>Préambule :</w:t>
      </w:r>
    </w:p>
    <w:p>
      <w:r>
        <w:rPr>
          <w:b w:val="0"/>
          <w:sz w:val="20"/>
        </w:rPr>
        <w:t>Le présent contrat a pour objet de définir les conditions et modalités de l’engagement entre l’Engageant et l’Engagé. Les parties reconnaissent avoir pris connaissance de l’intégralité des clauses du présent acte et acceptent d’en respecter les termes sans réserve.</w:t>
      </w:r>
    </w:p>
    <w:p/>
    <w:p>
      <w:r>
        <w:rPr>
          <w:b/>
          <w:sz w:val="20"/>
        </w:rPr>
        <w:t>Article 1 – Objet de l’engagement</w:t>
      </w:r>
    </w:p>
    <w:p>
      <w:r>
        <w:rPr>
          <w:b w:val="0"/>
          <w:sz w:val="20"/>
        </w:rPr>
        <w:t>L’Engagé s’engage à réaliser les prestations suivantes : _________________________________________________________________</w:t>
      </w:r>
    </w:p>
    <w:p>
      <w:r>
        <w:rPr>
          <w:b w:val="0"/>
          <w:sz w:val="20"/>
        </w:rPr>
        <w:t>L’Engageant confie à l’Engagé l’exécution des dites prestations conformément aux exigences définies ci-après et selon les modalités prévues par ce contrat.</w:t>
      </w:r>
    </w:p>
    <w:p/>
    <w:p>
      <w:r>
        <w:rPr>
          <w:b/>
          <w:sz w:val="20"/>
        </w:rPr>
        <w:t>Article 2 – Durée de l’engagement</w:t>
      </w:r>
    </w:p>
    <w:p>
      <w:r>
        <w:rPr>
          <w:b w:val="0"/>
          <w:sz w:val="20"/>
        </w:rPr>
        <w:t>Le présent contrat prend effet à compter de sa signature par les deux parties et restera en vigueur pour une durée de __________ mois/années, renouvelable selon accord écrit entre les parties.</w:t>
      </w:r>
    </w:p>
    <w:p/>
    <w:p>
      <w:r>
        <w:rPr>
          <w:b/>
          <w:sz w:val="20"/>
        </w:rPr>
        <w:t>Article 3 – Obligations de l’Engagé</w:t>
      </w:r>
    </w:p>
    <w:p>
      <w:r>
        <w:rPr>
          <w:b w:val="0"/>
          <w:sz w:val="20"/>
        </w:rPr>
        <w:t>L’Engagé s’engage à :</w:t>
      </w:r>
    </w:p>
    <w:p>
      <w:r>
        <w:rPr>
          <w:b w:val="0"/>
          <w:sz w:val="20"/>
        </w:rPr>
        <w:t>- Exécuter les prestations conformément aux règles de l’art et aux normes en vigueur.</w:t>
      </w:r>
    </w:p>
    <w:p>
      <w:r>
        <w:rPr>
          <w:b w:val="0"/>
          <w:sz w:val="20"/>
        </w:rPr>
        <w:t>- Respecter les délais impartis pour chaque tâche décrite.</w:t>
      </w:r>
    </w:p>
    <w:p>
      <w:r>
        <w:rPr>
          <w:b w:val="0"/>
          <w:sz w:val="20"/>
        </w:rPr>
        <w:t>- Informer immédiatement l’Engageant de toute difficulté ou circonstance susceptible d’affecter l’exécution des prestations.</w:t>
      </w:r>
    </w:p>
    <w:p>
      <w:r>
        <w:rPr>
          <w:b w:val="0"/>
          <w:sz w:val="20"/>
        </w:rPr>
        <w:t>- Maintenir confidentialité et discrétion sur les informations reçues dans le cadre de ce contrat.</w:t>
      </w:r>
    </w:p>
    <w:p/>
    <w:p>
      <w:r>
        <w:rPr>
          <w:b/>
          <w:sz w:val="20"/>
        </w:rPr>
        <w:t>Article 4 – Obligations de l’Engageant</w:t>
      </w:r>
    </w:p>
    <w:p>
      <w:r>
        <w:rPr>
          <w:b w:val="0"/>
          <w:sz w:val="20"/>
        </w:rPr>
        <w:t>L’Engageant s’engage à :</w:t>
      </w:r>
    </w:p>
    <w:p>
      <w:r>
        <w:rPr>
          <w:b w:val="0"/>
          <w:sz w:val="20"/>
        </w:rPr>
        <w:t>- Fournir à l’Engagé tous les éléments nécessaires à la bonne exécution des prestations.</w:t>
      </w:r>
    </w:p>
    <w:p>
      <w:r>
        <w:rPr>
          <w:b w:val="0"/>
          <w:sz w:val="20"/>
        </w:rPr>
        <w:t>- Régler la rémunération convenue dans les délais fixés au présent contrat.</w:t>
      </w:r>
    </w:p>
    <w:p>
      <w:r>
        <w:rPr>
          <w:b w:val="0"/>
          <w:sz w:val="20"/>
        </w:rPr>
        <w:t>- Collaborer activement avec l’Engagé en fournissant informations et accès requis.</w:t>
      </w:r>
    </w:p>
    <w:p/>
    <w:p>
      <w:r>
        <w:rPr>
          <w:b/>
          <w:sz w:val="20"/>
        </w:rPr>
        <w:t>Article 5 – Rémunération et modalités de paiement</w:t>
      </w:r>
    </w:p>
    <w:p>
      <w:r>
        <w:rPr>
          <w:b w:val="0"/>
          <w:sz w:val="20"/>
        </w:rPr>
        <w:t>La rémunération due à l’Engagé est fixée à la somme de _________________ euros (€).</w:t>
      </w:r>
    </w:p>
    <w:p>
      <w:r>
        <w:rPr>
          <w:b w:val="0"/>
          <w:sz w:val="20"/>
        </w:rPr>
        <w:t>Le paiement s’effectuera selon les modalités suivantes : ____________________________________________________________</w:t>
      </w:r>
    </w:p>
    <w:p>
      <w:r>
        <w:rPr>
          <w:b w:val="0"/>
          <w:sz w:val="20"/>
        </w:rPr>
        <w:t>Toute retard de paiement entraînera l’application de pénalités conformément à la législation en vigueur.</w:t>
      </w:r>
    </w:p>
    <w:p/>
    <w:p>
      <w:r>
        <w:rPr>
          <w:b/>
          <w:sz w:val="20"/>
        </w:rPr>
        <w:t>Article 6 – Confidentialité</w:t>
      </w:r>
    </w:p>
    <w:p>
      <w:r>
        <w:rPr>
          <w:b w:val="0"/>
          <w:sz w:val="20"/>
        </w:rPr>
        <w:t>Chaque partie s’engage à ne pas divulguer à des tiers, sous quelque forme que ce soit, les informations confidentielles reçues dans le cadre du présent contrat sans accord préalable écrit de l’autre partie, sauf obligation légale ou réglementaire.</w:t>
      </w:r>
    </w:p>
    <w:p/>
    <w:p>
      <w:r>
        <w:rPr>
          <w:b/>
          <w:sz w:val="20"/>
        </w:rPr>
        <w:t>Article 7 – Responsabilité</w:t>
      </w:r>
    </w:p>
    <w:p>
      <w:r>
        <w:rPr>
          <w:b w:val="0"/>
          <w:sz w:val="20"/>
        </w:rPr>
        <w:t>L’Engagé est responsable de l’exécution correcte des prestations définies au présent contrat. Il garantit ses travaux contre tous vices et défauts apparents et cachés dans les limites prévues par la loi.</w:t>
      </w:r>
    </w:p>
    <w:p>
      <w:r>
        <w:rPr>
          <w:b w:val="0"/>
          <w:sz w:val="20"/>
        </w:rPr>
        <w:t>L’Engageant s’engage à limiter sa responsabilité aux obligations prévues par le présent contrat, sauf faute lourde ou dol.</w:t>
      </w:r>
    </w:p>
    <w:p/>
    <w:p>
      <w:r>
        <w:rPr>
          <w:b/>
          <w:sz w:val="20"/>
        </w:rPr>
        <w:t>Article 8 – Résiliation</w:t>
      </w:r>
    </w:p>
    <w:p>
      <w:r>
        <w:rPr>
          <w:b w:val="0"/>
          <w:sz w:val="20"/>
        </w:rPr>
        <w:t>En cas de manquement grave par l’une des parties à ses obligations contractuelles, le présent contrat pourra être résilié de plein droit après mise en demeure restée infructueuse pendant un délai de quinze (15) jours.</w:t>
      </w:r>
    </w:p>
    <w:p>
      <w:r>
        <w:rPr>
          <w:b w:val="0"/>
          <w:sz w:val="20"/>
        </w:rPr>
        <w:t>La résiliation devra être notifiée par lettre recommandée avec accusé de réception.</w:t>
      </w:r>
    </w:p>
    <w:p/>
    <w:p>
      <w:r>
        <w:rPr>
          <w:b/>
          <w:sz w:val="20"/>
        </w:rPr>
        <w:t>Article 9 – Force majeure</w:t>
      </w:r>
    </w:p>
    <w:p>
      <w:r>
        <w:rPr>
          <w:b w:val="0"/>
          <w:sz w:val="20"/>
        </w:rPr>
        <w:t>Aucune des parties ne pourra être tenue responsable en cas d’inexécution ou de retard dans l’exécution de ses obligations qui résulterait d’un cas de force majeure tel que défini par la jurisprudence française.</w:t>
      </w:r>
    </w:p>
    <w:p>
      <w:r>
        <w:rPr>
          <w:b w:val="0"/>
          <w:sz w:val="20"/>
        </w:rPr>
        <w:t>La partie affectée devra informer l’autre partie dans les meilleurs délais et faire ses meilleurs efforts pour limiter les conséquences.</w:t>
      </w:r>
    </w:p>
    <w:p/>
    <w:p>
      <w:r>
        <w:rPr>
          <w:b/>
          <w:sz w:val="20"/>
        </w:rPr>
        <w:t>Article 10 – Loi applicable et juridiction compétente</w:t>
      </w:r>
    </w:p>
    <w:p>
      <w:r>
        <w:rPr>
          <w:b w:val="0"/>
          <w:sz w:val="20"/>
        </w:rPr>
        <w:t>Le présent contrat est régi par le droit français.</w:t>
      </w:r>
    </w:p>
    <w:p>
      <w:r>
        <w:rPr>
          <w:b w:val="0"/>
          <w:sz w:val="20"/>
        </w:rPr>
        <w:t>Tout litige relatif à son interprétation, son exécution ou sa validité sera soumis aux tribunaux compétents du ressort du siège social de l’Engageant.</w:t>
      </w:r>
    </w:p>
    <w:p/>
    <w:p/>
    <w:p>
      <w:r>
        <w:rPr>
          <w:b w:val="0"/>
          <w:sz w:val="20"/>
        </w:rPr>
        <w:t>Lieu de signature : ___________________________________________________</w:t>
      </w:r>
    </w:p>
    <w:p>
      <w:r>
        <w:rPr>
          <w:b w:val="0"/>
          <w:sz w:val="20"/>
        </w:rPr>
        <w:t>Date de signature : 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L’ENGAGEANT</w:t>
            </w:r>
          </w:p>
        </w:tc>
        <w:tc>
          <w:tcPr>
            <w:tcW w:type="dxa" w:w="4986"/>
            <w:tcBorders>
              <w:top w:val="nil"/>
              <w:left w:val="nil"/>
              <w:bottom w:val="nil"/>
              <w:right w:val="nil"/>
              <w:insideH w:val="nil"/>
              <w:insideV w:val="nil"/>
            </w:tcBorders>
          </w:tcPr>
          <w:p>
            <w:pPr>
              <w:jc w:val="center"/>
            </w:pPr>
            <w:r>
              <w:t>L’ENGAGÉ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https://jurid-entreprise.com/contrat-d'engagement-exemple/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d'engagement-exempl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