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SOUS-TRAITANCE - PRESTATION DE SERVICE</w:t>
      </w:r>
    </w:p>
    <w:p/>
    <w:p>
      <w:r>
        <w:rPr>
          <w:b/>
          <w:sz w:val="20"/>
        </w:rPr>
        <w:t>Entre les soussignés :</w:t>
      </w:r>
    </w:p>
    <w:p>
      <w:r>
        <w:rPr>
          <w:b/>
          <w:sz w:val="20"/>
        </w:rPr>
        <w:t>Le Donneur d'ordre :</w:t>
      </w:r>
    </w:p>
    <w:p>
      <w:r>
        <w:rPr>
          <w:b w:val="0"/>
          <w:sz w:val="20"/>
        </w:rPr>
        <w:t>Nom / Raison sociale : ________________________________________________</w:t>
      </w:r>
    </w:p>
    <w:p>
      <w:r>
        <w:rPr>
          <w:b w:val="0"/>
          <w:sz w:val="20"/>
        </w:rPr>
        <w:t>Adresse : ____________________________________________________________</w:t>
      </w:r>
    </w:p>
    <w:p>
      <w:r>
        <w:rPr>
          <w:b w:val="0"/>
          <w:sz w:val="20"/>
        </w:rPr>
        <w:t>N° SIRET : ___________________________________________________________</w:t>
      </w:r>
    </w:p>
    <w:p>
      <w:r>
        <w:rPr>
          <w:b w:val="0"/>
          <w:sz w:val="20"/>
        </w:rPr>
        <w:t>Représenté par : _____________________________________________________</w:t>
      </w:r>
    </w:p>
    <w:p/>
    <w:p>
      <w:r>
        <w:rPr>
          <w:b/>
          <w:sz w:val="20"/>
        </w:rPr>
        <w:t>Le Sous-traitant :</w:t>
      </w:r>
    </w:p>
    <w:p>
      <w:r>
        <w:rPr>
          <w:b w:val="0"/>
          <w:sz w:val="20"/>
        </w:rPr>
        <w:t>Nom / Raison sociale : ________________________________________________</w:t>
      </w:r>
    </w:p>
    <w:p>
      <w:r>
        <w:rPr>
          <w:b w:val="0"/>
          <w:sz w:val="20"/>
        </w:rPr>
        <w:t>Adresse : ____________________________________________________________</w:t>
      </w:r>
    </w:p>
    <w:p>
      <w:r>
        <w:rPr>
          <w:b w:val="0"/>
          <w:sz w:val="20"/>
        </w:rPr>
        <w:t>N° SIRET : ___________________________________________________________</w:t>
      </w:r>
    </w:p>
    <w:p>
      <w:r>
        <w:rPr>
          <w:b w:val="0"/>
          <w:sz w:val="20"/>
        </w:rPr>
        <w:t>Représenté par : _____________________________________________________</w:t>
      </w:r>
    </w:p>
    <w:p/>
    <w:p>
      <w:r>
        <w:rPr>
          <w:b/>
          <w:sz w:val="20"/>
        </w:rPr>
        <w:t>Article 1 – Objet</w:t>
      </w:r>
    </w:p>
    <w:p>
      <w:r>
        <w:rPr>
          <w:b w:val="0"/>
          <w:sz w:val="20"/>
        </w:rPr>
        <w:t>Le présent contrat a pour objet la réalisation par le Sous-traitant pour le compte du Donneur d'ordre des prestations de service décrites dans le bon de commande ou dans tout document contractuel annexé au présent contrat. Le Sous-traitant s'engage à exécuter ces prestations conformément aux règles de l'art, dans les délais et selon les modalités définies.</w:t>
      </w:r>
    </w:p>
    <w:p/>
    <w:p>
      <w:r>
        <w:rPr>
          <w:b/>
          <w:sz w:val="20"/>
        </w:rPr>
        <w:t>Article 2 – Durée</w:t>
      </w:r>
    </w:p>
    <w:p>
      <w:r>
        <w:rPr>
          <w:b w:val="0"/>
          <w:sz w:val="20"/>
        </w:rPr>
        <w:t>Le présent contrat est conclu pour la durée spécifiée dans le bon de commande ou à défaut pour une durée indéterminée. Il pourra être résilié par l'une ou l'autre des parties sous réserve de respecter un préavis écrit de 30 jours, sauf en cas de manquement grave aux obligations contractuelles.</w:t>
      </w:r>
    </w:p>
    <w:p/>
    <w:p>
      <w:r>
        <w:rPr>
          <w:b/>
          <w:sz w:val="20"/>
        </w:rPr>
        <w:t>Article 3 – Obligations du Sous-traitant</w:t>
      </w:r>
    </w:p>
    <w:p>
      <w:r>
        <w:rPr>
          <w:b w:val="0"/>
          <w:sz w:val="20"/>
        </w:rPr>
        <w:t>Le Sous-traitant s'engage à :</w:t>
      </w:r>
    </w:p>
    <w:p>
      <w:r>
        <w:rPr>
          <w:b/>
          <w:sz w:val="20"/>
        </w:rPr>
        <w:t>- Exécuter les prestations conformément aux règles de l'art et aux normes applicables.</w:t>
      </w:r>
    </w:p>
    <w:p>
      <w:r>
        <w:rPr>
          <w:b w:val="0"/>
          <w:sz w:val="20"/>
        </w:rPr>
        <w:t>- Respecter les délais convenus.</w:t>
      </w:r>
    </w:p>
    <w:p>
      <w:r>
        <w:rPr>
          <w:b w:val="0"/>
          <w:sz w:val="20"/>
        </w:rPr>
        <w:t>- Garantir la compétence et la qualification de son personnel.</w:t>
      </w:r>
    </w:p>
    <w:p>
      <w:r>
        <w:rPr>
          <w:b w:val="0"/>
          <w:sz w:val="20"/>
        </w:rPr>
        <w:t>- Respecter les consignes de sécurité et règlementations en vigueur.</w:t>
      </w:r>
    </w:p>
    <w:p>
      <w:r>
        <w:rPr>
          <w:b w:val="0"/>
          <w:sz w:val="20"/>
        </w:rPr>
        <w:t>- Informer immédiatement le Donneur d'ordre de toute difficulté rencontrée.</w:t>
      </w:r>
    </w:p>
    <w:p/>
    <w:p>
      <w:r>
        <w:rPr>
          <w:b/>
          <w:sz w:val="20"/>
        </w:rPr>
        <w:t>Article 4 – Obligations du Donneur d'ordre</w:t>
      </w:r>
    </w:p>
    <w:p>
      <w:r>
        <w:rPr>
          <w:b w:val="0"/>
          <w:sz w:val="20"/>
        </w:rPr>
        <w:t>Le Donneur d'ordre s'engage à :</w:t>
      </w:r>
    </w:p>
    <w:p>
      <w:r>
        <w:rPr>
          <w:b w:val="0"/>
          <w:sz w:val="20"/>
        </w:rPr>
        <w:t>- Fournir au Sous-traitant toutes les informations nécessaires à la bonne exécution des prestations.</w:t>
      </w:r>
    </w:p>
    <w:p>
      <w:r>
        <w:rPr>
          <w:b w:val="0"/>
          <w:sz w:val="20"/>
        </w:rPr>
        <w:t>- Régler le prix convenu dans les délais impartis.</w:t>
      </w:r>
    </w:p>
    <w:p>
      <w:r>
        <w:rPr>
          <w:b w:val="0"/>
          <w:sz w:val="20"/>
        </w:rPr>
        <w:t>- Faciliter l'accès aux locaux ou sites si nécessaire.</w:t>
      </w:r>
    </w:p>
    <w:p/>
    <w:p>
      <w:r>
        <w:rPr>
          <w:b/>
          <w:sz w:val="20"/>
        </w:rPr>
        <w:t>Article 5 – Prix et modalités de paiement</w:t>
      </w:r>
    </w:p>
    <w:p>
      <w:r>
        <w:rPr>
          <w:b w:val="0"/>
          <w:sz w:val="20"/>
        </w:rPr>
        <w:t>Les prestations seront facturées conformément aux tarifs indiqués dans le bon de commande ou devis accepté. Le paiement s'effectuera par virement bancaire dans un délai de 30 jours à compter de la date de réception de la facture, sauf conditions particulières convenues entre les parties.</w:t>
      </w:r>
    </w:p>
    <w:p/>
    <w:p>
      <w:r>
        <w:rPr>
          <w:b/>
          <w:sz w:val="20"/>
        </w:rPr>
        <w:t>Article 6 – Confidentialité</w:t>
      </w:r>
    </w:p>
    <w:p>
      <w:r>
        <w:rPr>
          <w:b w:val="0"/>
          <w:sz w:val="20"/>
        </w:rPr>
        <w:t>Chaque partie s'engage à garder confidentielles toutes les informations, documents et données échangés dans le cadre du présent contrat, et à ne les utiliser que pour l'exécution des prestations. Cette obligation perdure pendant une durée de cinq ans après la fin du contrat.</w:t>
      </w:r>
    </w:p>
    <w:p/>
    <w:p>
      <w:r>
        <w:rPr>
          <w:b/>
          <w:sz w:val="20"/>
        </w:rPr>
        <w:t>Article 7 – Responsabilité</w:t>
      </w:r>
    </w:p>
    <w:p>
      <w:r>
        <w:rPr>
          <w:b w:val="0"/>
          <w:sz w:val="20"/>
        </w:rPr>
        <w:t>Le Sous-traitant est responsable de la bonne exécution des prestations conformément au contrat. Il garantit le Donneur d'ordre contre tout recours ou dommage résultant d'une faute ou négligence de sa part. Le Donneur d'ordre ne pourra être tenu responsable des dommages indirects subis par le Sous-traitant.</w:t>
      </w:r>
    </w:p>
    <w:p/>
    <w:p>
      <w:r>
        <w:rPr>
          <w:b/>
          <w:sz w:val="20"/>
        </w:rPr>
        <w:t>Article 8 – Sous-traitance et cession</w:t>
      </w:r>
    </w:p>
    <w:p>
      <w:r>
        <w:rPr>
          <w:b w:val="0"/>
          <w:sz w:val="20"/>
        </w:rPr>
        <w:t>Le Sous-traitant ne peut sous-traiter tout ou partie des prestations sans l'accord préalable et écrit du Donneur d'ordre. Le présent contrat ne peut être cédé sans consentement écrit préalable de l'autre partie.</w:t>
      </w:r>
    </w:p>
    <w:p/>
    <w:p>
      <w:r>
        <w:rPr>
          <w:b/>
          <w:sz w:val="20"/>
        </w:rPr>
        <w:t>Article 9 – Propriété intellectuelle</w:t>
      </w:r>
    </w:p>
    <w:p>
      <w:r>
        <w:rPr>
          <w:b w:val="0"/>
          <w:sz w:val="20"/>
        </w:rPr>
        <w:t>Tous les résultats, documents, études ou travaux réalisés par le Sous-traitant dans le cadre du contrat sont la propriété exclusive du Donneur d'ordre, sauf stipulation contraire écrite. Le Sous-traitant garantit que les prestations ne portent pas atteinte à des droits de tiers.</w:t>
      </w:r>
    </w:p>
    <w:p/>
    <w:p>
      <w:r>
        <w:rPr>
          <w:b/>
          <w:sz w:val="20"/>
        </w:rPr>
        <w:t>Article 10 – Résiliation</w:t>
      </w:r>
    </w:p>
    <w:p>
      <w:r>
        <w:rPr>
          <w:b w:val="0"/>
          <w:sz w:val="20"/>
        </w:rPr>
        <w:t>En cas d'inexécution grave ou de manquement aux obligations contractuelles par l'une des parties, l'autre partie pourra résilier le contrat après mise en demeure restée infructueuse pendant 15 jours. La résiliation n'affecte pas les droits acquis et ne dispense pas du paiement des prestations déjà effectuées.</w:t>
      </w:r>
    </w:p>
    <w:p/>
    <w:p>
      <w:r>
        <w:rPr>
          <w:b/>
          <w:sz w:val="20"/>
        </w:rPr>
        <w:t>Article 11 – Force majeure</w:t>
      </w:r>
    </w:p>
    <w:p>
      <w:r>
        <w:rPr>
          <w:b w:val="0"/>
          <w:sz w:val="20"/>
        </w:rPr>
        <w:t>Aucune des parties ne pourra être tenue responsable en cas d'inexécution totale ou partielle de ses obligations résultant d'un cas de force majeure tel que défini par la jurisprudence des cours françaises. La partie affectée doit informer l'autre dès que possible et faire ses meilleurs efforts pour limiter les conséquences.</w:t>
      </w:r>
    </w:p>
    <w:p/>
    <w:p>
      <w:r>
        <w:rPr>
          <w:b/>
          <w:sz w:val="20"/>
        </w:rPr>
        <w:t>Article 12 – Loi applicable et juridiction compétente</w:t>
      </w:r>
    </w:p>
    <w:p>
      <w:r>
        <w:rPr>
          <w:b w:val="0"/>
          <w:sz w:val="20"/>
        </w:rPr>
        <w:t>Le présent contrat est soumis au droit français. Tout litige relatif à sa validité, son interprétation ou son exécution sera soumis aux tribunaux compétents du ressort du siège social du Donneur d'ordre, sauf disposition impérative contraire.</w:t>
      </w:r>
    </w:p>
    <w:p/>
    <w:p/>
    <w:p>
      <w:r>
        <w:rPr>
          <w:b w:val="0"/>
          <w:sz w:val="20"/>
        </w:rPr>
        <w:t>Lieu de signature :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 Donneur d'ordre</w:t>
            </w:r>
          </w:p>
        </w:tc>
        <w:tc>
          <w:tcPr>
            <w:tcW w:type="dxa" w:w="4986"/>
            <w:tcBorders>
              <w:top w:val="nil"/>
              <w:left w:val="nil"/>
              <w:bottom w:val="nil"/>
              <w:right w:val="nil"/>
              <w:insideH w:val="nil"/>
              <w:insideV w:val="nil"/>
            </w:tcBorders>
          </w:tcPr>
          <w:p>
            <w:pPr>
              <w:jc w:val="center"/>
            </w:pPr>
            <w:r>
              <w:t>Le Sous-traitant</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https://jurid-entreprise.com/contrat-de-sous-traitance-prestation-de-service/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contrat-de-sous-traitance-prestation-de-servic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