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CONTRAT DE SOUS-TRAITANCE AUTO-ENTREPRENEUR</w:t>
      </w:r>
    </w:p>
    <w:p/>
    <w:p>
      <w:r>
        <w:rPr>
          <w:b w:val="0"/>
          <w:sz w:val="20"/>
        </w:rPr>
        <w:t>Lieu : ____________________________    Date : ____________________________</w:t>
      </w:r>
    </w:p>
    <w:p/>
    <w:p>
      <w:r>
        <w:rPr>
          <w:b/>
          <w:sz w:val="20"/>
        </w:rPr>
        <w:t>Entre les soussignés :</w:t>
      </w:r>
    </w:p>
    <w:p>
      <w:r>
        <w:rPr>
          <w:b w:val="0"/>
          <w:sz w:val="20"/>
        </w:rPr>
        <w:t>Le Donneur d’Ordre :</w:t>
      </w:r>
    </w:p>
    <w:p>
      <w:r>
        <w:rPr>
          <w:b w:val="0"/>
          <w:sz w:val="20"/>
        </w:rPr>
        <w:t>Nom / Raison sociale : ________________________________________________</w:t>
      </w:r>
    </w:p>
    <w:p>
      <w:r>
        <w:rPr>
          <w:b w:val="0"/>
          <w:sz w:val="20"/>
        </w:rPr>
        <w:t>Adresse : _____________________________________________________________</w:t>
      </w:r>
    </w:p>
    <w:p>
      <w:r>
        <w:rPr>
          <w:b w:val="0"/>
          <w:sz w:val="20"/>
        </w:rPr>
        <w:t>SIRET : _______________________________  Représenté par : _______________</w:t>
      </w:r>
    </w:p>
    <w:p>
      <w:r>
        <w:rPr>
          <w:b w:val="0"/>
          <w:sz w:val="20"/>
        </w:rPr>
        <w:t>Fonction : ____________________________________________________________</w:t>
      </w:r>
    </w:p>
    <w:p/>
    <w:p>
      <w:r>
        <w:rPr>
          <w:b w:val="0"/>
          <w:sz w:val="20"/>
        </w:rPr>
        <w:t>Et le Sous-Traitant (Auto-Entrepreneur) :</w:t>
      </w:r>
    </w:p>
    <w:p>
      <w:r>
        <w:rPr>
          <w:b w:val="0"/>
          <w:sz w:val="20"/>
        </w:rPr>
        <w:t>Nom et Prénom : ______________________________________________________</w:t>
      </w:r>
    </w:p>
    <w:p>
      <w:r>
        <w:rPr>
          <w:b w:val="0"/>
          <w:sz w:val="20"/>
        </w:rPr>
        <w:t>Adresse : _____________________________________________________________</w:t>
      </w:r>
    </w:p>
    <w:p>
      <w:r>
        <w:rPr>
          <w:b w:val="0"/>
          <w:sz w:val="20"/>
        </w:rPr>
        <w:t>Numéro SIRET / SIREN : ________________________________________________</w:t>
      </w:r>
    </w:p>
    <w:p>
      <w:r>
        <w:rPr>
          <w:b w:val="0"/>
          <w:sz w:val="20"/>
        </w:rPr>
        <w:t>Numéro de déclaration d’activité : _____________________________________</w:t>
      </w:r>
    </w:p>
    <w:p>
      <w:r>
        <w:rPr>
          <w:b w:val="0"/>
          <w:sz w:val="20"/>
        </w:rPr>
        <w:t>Téléphone : ___________________________________________________________</w:t>
      </w:r>
    </w:p>
    <w:p/>
    <w:p>
      <w:r>
        <w:rPr>
          <w:b/>
          <w:sz w:val="20"/>
        </w:rPr>
        <w:t>Préambule</w:t>
      </w:r>
    </w:p>
    <w:p>
      <w:r>
        <w:rPr>
          <w:b w:val="0"/>
          <w:sz w:val="20"/>
        </w:rPr>
        <w:t>Le Donneur d’Ordre souhaite confier au Sous-Traitant la réalisation de certaines prestations, dans le cadre de son activité d’auto-entrepreneur. Le présent contrat définit les conditions d’exécution de ces prestations en conformité avec la législation en vigueur.</w:t>
      </w:r>
    </w:p>
    <w:p/>
    <w:p>
      <w:r>
        <w:rPr>
          <w:b/>
          <w:sz w:val="20"/>
        </w:rPr>
        <w:t>Article 1 – Objet du contrat</w:t>
      </w:r>
    </w:p>
    <w:p>
      <w:r>
        <w:rPr>
          <w:b w:val="0"/>
          <w:sz w:val="20"/>
        </w:rPr>
        <w:t>Le Donneur d’Ordre confie au Sous-Traitant, qui accepte, la réalisation des prestations suivantes : ______________________________________________________________________________________.</w:t>
      </w:r>
    </w:p>
    <w:p>
      <w:r>
        <w:rPr>
          <w:b w:val="0"/>
          <w:sz w:val="20"/>
        </w:rPr>
        <w:t>Ces prestations seront réalisées conformément aux règles de l’art, aux normes applicables, et dans le respect des délais convenus.</w:t>
      </w:r>
    </w:p>
    <w:p/>
    <w:p>
      <w:r>
        <w:rPr>
          <w:b/>
          <w:sz w:val="20"/>
        </w:rPr>
        <w:t>Article 2 – Durée du contrat</w:t>
      </w:r>
    </w:p>
    <w:p>
      <w:r>
        <w:rPr>
          <w:b w:val="0"/>
          <w:sz w:val="20"/>
        </w:rPr>
        <w:t>Le présent contrat entre en vigueur à compter de sa signature et est conclu pour une durée déterminée de ________ mois, soit jusqu’au ____________________ (date à compléter). Il pourra être renouvelé par accord écrit des parties.</w:t>
      </w:r>
    </w:p>
    <w:p/>
    <w:p>
      <w:r>
        <w:rPr>
          <w:b/>
          <w:sz w:val="20"/>
        </w:rPr>
        <w:t>Article 3 – Modalités d’exécution</w:t>
      </w:r>
    </w:p>
    <w:p>
      <w:r>
        <w:rPr>
          <w:b w:val="0"/>
          <w:sz w:val="20"/>
        </w:rPr>
        <w:t>Le Sous-Traitant s’engage à exécuter personnellement les prestations définies à l’article 1, sans pouvoir les sous-traiter sauf accord écrit préalable du Donneur d’Ordre.</w:t>
      </w:r>
    </w:p>
    <w:p>
      <w:r>
        <w:rPr>
          <w:b w:val="0"/>
          <w:sz w:val="20"/>
        </w:rPr>
        <w:t>Le Sous-Traitant devra respecter les horaires, lieux et consignes fournis par le Donneur d’Ordre. Le Donneur d’Ordre pourra contrôler la bonne exécution des prestations à tout moment.</w:t>
      </w:r>
    </w:p>
    <w:p/>
    <w:p>
      <w:r>
        <w:rPr>
          <w:b/>
          <w:sz w:val="20"/>
        </w:rPr>
        <w:t>Article 4 – Obligations du Sous-Traitant</w:t>
      </w:r>
    </w:p>
    <w:p>
      <w:r>
        <w:rPr>
          <w:b w:val="0"/>
          <w:sz w:val="20"/>
        </w:rPr>
        <w:t>Le Sous-Traitant déclare exercer son activité en conformité avec la réglementation applicable au régime d’auto-entrepreneur, notamment en matière fiscale et sociale.</w:t>
      </w:r>
    </w:p>
    <w:p>
      <w:r>
        <w:rPr>
          <w:b w:val="0"/>
          <w:sz w:val="20"/>
        </w:rPr>
        <w:t>Il garantit disposer de toutes les qualifications, assurances et autorisations nécessaires à l’exécution des prestations.</w:t>
      </w:r>
    </w:p>
    <w:p>
      <w:r>
        <w:rPr>
          <w:b w:val="0"/>
          <w:sz w:val="20"/>
        </w:rPr>
        <w:t>Il est responsable de la qualité et du respect des délais des prestations réalisées.</w:t>
      </w:r>
    </w:p>
    <w:p/>
    <w:p>
      <w:r>
        <w:rPr>
          <w:b/>
          <w:sz w:val="20"/>
        </w:rPr>
        <w:t>Article 5 – Obligations du Donneur d’Ordre</w:t>
      </w:r>
    </w:p>
    <w:p>
      <w:r>
        <w:rPr>
          <w:b w:val="0"/>
          <w:sz w:val="20"/>
        </w:rPr>
        <w:t>Le Donneur d’Ordre s’engage à fournir au Sous-Traitant toutes les informations, documents et moyens nécessaires à la bonne exécution des prestations.</w:t>
      </w:r>
    </w:p>
    <w:p>
      <w:r>
        <w:rPr>
          <w:b w:val="0"/>
          <w:sz w:val="20"/>
        </w:rPr>
        <w:t>Il s’engage à régler le montant convenu dans les délais et conditions définis à l’article 6.</w:t>
      </w:r>
    </w:p>
    <w:p/>
    <w:p>
      <w:r>
        <w:rPr>
          <w:b/>
          <w:sz w:val="20"/>
        </w:rPr>
        <w:t>Article 6 – Conditions financières</w:t>
      </w:r>
    </w:p>
    <w:p>
      <w:r>
        <w:rPr>
          <w:b w:val="0"/>
          <w:sz w:val="20"/>
        </w:rPr>
        <w:t>Le montant total de la prestation est fixé à : _________________ EUR hors taxes.</w:t>
      </w:r>
    </w:p>
    <w:p>
      <w:r>
        <w:rPr>
          <w:b w:val="0"/>
          <w:sz w:val="20"/>
        </w:rPr>
        <w:t>Le Sous-Traitant facturera le Donneur d’Ordre conformément aux prestations réalisées, accompagnées des justificatifs requis.</w:t>
      </w:r>
    </w:p>
    <w:p>
      <w:r>
        <w:rPr>
          <w:b w:val="0"/>
          <w:sz w:val="20"/>
        </w:rPr>
        <w:t>Le paiement s’effectuera par virement bancaire dans un délai de ______ jours suivant réception de la facture.</w:t>
      </w:r>
    </w:p>
    <w:p>
      <w:r>
        <w:rPr>
          <w:b w:val="0"/>
          <w:sz w:val="20"/>
        </w:rPr>
        <w:t>Le Sous-Traitant reste responsable de la déclaration et du paiement de ses cotisations sociales et fiscales.</w:t>
      </w:r>
    </w:p>
    <w:p/>
    <w:p>
      <w:r>
        <w:rPr>
          <w:b/>
          <w:sz w:val="20"/>
        </w:rPr>
        <w:t>Article 7 – Confidentialité</w:t>
      </w:r>
    </w:p>
    <w:p>
      <w:r>
        <w:rPr>
          <w:b w:val="0"/>
          <w:sz w:val="20"/>
        </w:rPr>
        <w:t>Le Sous-Traitant s’engage à garder strictement confidentielles toutes les informations, documents et données auxquels il pourrait avoir accès dans le cadre de l’exécution du présent contrat.</w:t>
      </w:r>
    </w:p>
    <w:p>
      <w:r>
        <w:rPr>
          <w:b w:val="0"/>
          <w:sz w:val="20"/>
        </w:rPr>
        <w:t>Cette obligation de confidentialité perdurera pendant toute la durée du contrat ainsi qu’après son expiration, sans limitation de durée.</w:t>
      </w:r>
    </w:p>
    <w:p/>
    <w:p>
      <w:r>
        <w:rPr>
          <w:b/>
          <w:sz w:val="20"/>
        </w:rPr>
        <w:t>Article 8 – Responsabilité</w:t>
      </w:r>
    </w:p>
    <w:p>
      <w:r>
        <w:rPr>
          <w:b w:val="0"/>
          <w:sz w:val="20"/>
        </w:rPr>
        <w:t>Le Sous-Traitant est seul responsable des dommages directs ou indirects causés par sa faute, sa négligence ou son manquement à ses obligations contractuelles.</w:t>
      </w:r>
    </w:p>
    <w:p>
      <w:r>
        <w:rPr>
          <w:b w:val="0"/>
          <w:sz w:val="20"/>
        </w:rPr>
        <w:t>Le Donneur d’Ordre décline toute responsabilité en cas de non-respect par le Sous-Traitant de ses obligations légales, sociales ou fiscales.</w:t>
      </w:r>
    </w:p>
    <w:p/>
    <w:p>
      <w:r>
        <w:rPr>
          <w:b/>
          <w:sz w:val="20"/>
        </w:rPr>
        <w:t>Article 9 – Résiliation</w:t>
      </w:r>
    </w:p>
    <w:p>
      <w:r>
        <w:rPr>
          <w:b w:val="0"/>
          <w:sz w:val="20"/>
        </w:rPr>
        <w:t>Chaque partie pourra résilier le présent contrat en cas d’inexécution grave de ses obligations par l’autre partie, après mise en demeure restée sans effet pendant un délai de 15 jours.</w:t>
      </w:r>
    </w:p>
    <w:p>
      <w:r>
        <w:rPr>
          <w:b w:val="0"/>
          <w:sz w:val="20"/>
        </w:rPr>
        <w:t>La résiliation prendra effet 30 jours après notification écrite, sauf accord différent entre les parties.</w:t>
      </w:r>
    </w:p>
    <w:p/>
    <w:p>
      <w:r>
        <w:rPr>
          <w:b/>
          <w:sz w:val="20"/>
        </w:rPr>
        <w:t>Article 10 – Loi applicable et juridiction compétente</w:t>
      </w:r>
    </w:p>
    <w:p>
      <w:r>
        <w:rPr>
          <w:b w:val="0"/>
          <w:sz w:val="20"/>
        </w:rPr>
        <w:t>Le présent contrat est soumis au droit français.</w:t>
      </w:r>
    </w:p>
    <w:p>
      <w:r>
        <w:rPr>
          <w:b w:val="0"/>
          <w:sz w:val="20"/>
        </w:rPr>
        <w:t>En cas de litige relatif à l’interprétation ou à l’exécution du présent contrat, les parties s’efforceront de trouver une solution amiable.</w:t>
      </w:r>
    </w:p>
    <w:p>
      <w:r>
        <w:rPr>
          <w:b w:val="0"/>
          <w:sz w:val="20"/>
        </w:rPr>
        <w:t>À défaut, le litige sera porté devant les tribunaux compétents du ressort du siège social du Donneur d’Ordre.</w:t>
      </w:r>
    </w:p>
    <w:p/>
    <w:p/>
    <w:p>
      <w:r>
        <w:rPr>
          <w:b w:val="0"/>
          <w:sz w:val="20"/>
        </w:rPr>
        <w:t>Lieu et date de la signature : 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DONNEUR D’ORDRE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SOUS-TRAITANT (AUTO-ENTREPRENEUR)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https://jurid-entreprise.com/contrat-de-sous-traitance-auto-entrepreneur/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https://jurid-entreprise.com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jurid-entreprise.com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-entreprise.com/contrat-de-sous-traitance-auto-entrepreneur/" TargetMode="External"/><Relationship Id="rId10" Type="http://schemas.openxmlformats.org/officeDocument/2006/relationships/hyperlink" Target="https://jurid-entrepris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