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RÉSERVATION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Réservant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/>
    <w:p>
      <w:r>
        <w:rPr>
          <w:b/>
          <w:sz w:val="20"/>
        </w:rPr>
        <w:t>Le Réservataire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/>
    <w:p>
      <w:r>
        <w:rPr>
          <w:b/>
          <w:sz w:val="20"/>
        </w:rPr>
        <w:t>Article 1 – Objet de la réservation</w:t>
      </w:r>
    </w:p>
    <w:p>
      <w:r>
        <w:rPr>
          <w:b w:val="0"/>
          <w:sz w:val="20"/>
        </w:rPr>
        <w:t>Le Réservant s’engage à réserver auprès du Réservataire le bien ou service suivant : ______________________________________________________________________________. Cette réservation est faite aux conditions définies ci-après.</w:t>
      </w:r>
    </w:p>
    <w:p/>
    <w:p>
      <w:r>
        <w:rPr>
          <w:b/>
          <w:sz w:val="20"/>
        </w:rPr>
        <w:t>Article 2 – Durée et modalités de la réservation</w:t>
      </w:r>
    </w:p>
    <w:p>
      <w:r>
        <w:rPr>
          <w:b w:val="0"/>
          <w:sz w:val="20"/>
        </w:rPr>
        <w:t>La réservation prend effet à compter de la signature du présent contrat et restera valable jusqu'à la date de réalisation du contrat principal ou jusqu'à sa résiliation conformément aux dispositions ci-après.</w:t>
      </w:r>
    </w:p>
    <w:p>
      <w:r>
        <w:rPr>
          <w:b w:val="0"/>
          <w:sz w:val="20"/>
        </w:rPr>
        <w:t>Le Réservataire verse, à titre d’acompte, la somme de _________________ euros, destinée à garantir la réservation du bien ou service.</w:t>
      </w:r>
    </w:p>
    <w:p>
      <w:r>
        <w:rPr>
          <w:b w:val="0"/>
          <w:sz w:val="20"/>
        </w:rPr>
        <w:t>Le paiement de cet acompte est effectué selon la modalité suivante : ______________________________________________________________________________.</w:t>
      </w:r>
    </w:p>
    <w:p/>
    <w:p>
      <w:r>
        <w:rPr>
          <w:b/>
          <w:sz w:val="20"/>
        </w:rPr>
        <w:t>Article 3 – Conditions de la réservation</w:t>
      </w:r>
    </w:p>
    <w:p>
      <w:r>
        <w:rPr>
          <w:b w:val="0"/>
          <w:sz w:val="20"/>
        </w:rPr>
        <w:t>Le Réservant s’engage à ne pas affecter le bien ou service réservé à un tiers pendant la durée de la réservation.</w:t>
      </w:r>
    </w:p>
    <w:p>
      <w:r>
        <w:rPr>
          <w:b w:val="0"/>
          <w:sz w:val="20"/>
        </w:rPr>
        <w:t>Le Réservataire s’engage à ne pas proposer le bien ou service à un autre client durant cette période.</w:t>
      </w:r>
    </w:p>
    <w:p>
      <w:r>
        <w:rPr>
          <w:b w:val="0"/>
          <w:sz w:val="20"/>
        </w:rPr>
        <w:t>Le Réservataire informera le Réservant de toute impossibilité de réalisation du contrat principal dans un délai raisonnable.</w:t>
      </w:r>
    </w:p>
    <w:p/>
    <w:p>
      <w:r>
        <w:rPr>
          <w:b/>
          <w:sz w:val="20"/>
        </w:rPr>
        <w:t>Article 4 – Annulation de la réservation</w:t>
      </w:r>
    </w:p>
    <w:p>
      <w:r>
        <w:rPr>
          <w:b w:val="0"/>
          <w:sz w:val="20"/>
        </w:rPr>
        <w:t>En cas d’annulation de la réservation par le Réservant, l’acompte versé pourra être retenu en tout ou partie selon les modalités suivantes :</w:t>
      </w:r>
    </w:p>
    <w:p>
      <w:r>
        <w:rPr>
          <w:b w:val="0"/>
          <w:sz w:val="20"/>
        </w:rPr>
        <w:t>- Annulation plus de 30 jours avant la date prévue : restitution intégrale de l’acompte.</w:t>
      </w:r>
    </w:p>
    <w:p>
      <w:r>
        <w:rPr>
          <w:b w:val="0"/>
          <w:sz w:val="20"/>
        </w:rPr>
        <w:t>- Annulation entre 30 et 15 jours avant la date prévue : retenue de 50% de l’acompte.</w:t>
      </w:r>
    </w:p>
    <w:p>
      <w:r>
        <w:rPr>
          <w:b w:val="0"/>
          <w:sz w:val="20"/>
        </w:rPr>
        <w:t>- Annulation moins de 15 jours avant la date prévue : retenue de l’intégralité de l’acompte.</w:t>
      </w:r>
    </w:p>
    <w:p/>
    <w:p>
      <w:r>
        <w:rPr>
          <w:b/>
          <w:sz w:val="20"/>
        </w:rPr>
        <w:t>Article 5 – Engagements des parties</w:t>
      </w:r>
    </w:p>
    <w:p>
      <w:r>
        <w:rPr>
          <w:b w:val="0"/>
          <w:sz w:val="20"/>
        </w:rPr>
        <w:t>Le présent contrat de réservation n’entraîne pas transfert de propriété ni d’usage du bien ou service.</w:t>
      </w:r>
    </w:p>
    <w:p>
      <w:r>
        <w:rPr>
          <w:b w:val="0"/>
          <w:sz w:val="20"/>
        </w:rPr>
        <w:t>Le Réservant s’engage à conclure le contrat principal dans un délai de _______ jours à compter de la date de la réservation.</w:t>
      </w:r>
    </w:p>
    <w:p>
      <w:r>
        <w:rPr>
          <w:b w:val="0"/>
          <w:sz w:val="20"/>
        </w:rPr>
        <w:t>Le Réservataire s’engage à mettre à disposition le bien ou service réservé aux conditions convenues lors de la conclusion du contrat principal.</w:t>
      </w:r>
    </w:p>
    <w:p/>
    <w:p>
      <w:r>
        <w:rPr>
          <w:b/>
          <w:sz w:val="20"/>
        </w:rPr>
        <w:t>Article 6 – Confidentialité</w:t>
      </w:r>
    </w:p>
    <w:p>
      <w:r>
        <w:rPr>
          <w:b w:val="0"/>
          <w:sz w:val="20"/>
        </w:rPr>
        <w:t>Les parties s’engagent à garder confidentielles toutes les informations relatives au présent contrat et à la nature de la réservation.</w:t>
      </w:r>
    </w:p>
    <w:p/>
    <w:p>
      <w:r>
        <w:rPr>
          <w:b/>
          <w:sz w:val="20"/>
        </w:rPr>
        <w:t>Article 7 – Litiges et droit applicable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litige relatif à l’interprétation ou à l’exécution du présent contrat sera soumis à la compétence exclusive des tribunaux compétents du ressort du siège social du Réservataire.</w:t>
      </w:r>
    </w:p>
    <w:p/>
    <w:p/>
    <w:p>
      <w:r>
        <w:rPr>
          <w:b w:val="0"/>
          <w:sz w:val="20"/>
        </w:rPr>
        <w:t>Lieu de signature : ________________________________________________</w:t>
      </w:r>
    </w:p>
    <w:p>
      <w:r>
        <w:rPr>
          <w:b w:val="0"/>
          <w:sz w:val="20"/>
        </w:rPr>
        <w:t>Date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RÉSERVANT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RÉSERVATAIRE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https://jurid-entreprise.com/contrat-de-reservation/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de-reservation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