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CONTRAT DE PRODUCTION AUDIOVISUELLE</w:t>
      </w:r>
    </w:p>
    <w:p/>
    <w:p>
      <w:r>
        <w:rPr>
          <w:b w:val="0"/>
          <w:sz w:val="20"/>
        </w:rPr>
        <w:t>Lieu : ____________________________</w:t>
      </w:r>
    </w:p>
    <w:p/>
    <w:p>
      <w:r>
        <w:rPr>
          <w:b/>
          <w:sz w:val="20"/>
        </w:rPr>
        <w:t>Données du Producteur :</w:t>
      </w:r>
    </w:p>
    <w:p>
      <w:r>
        <w:rPr>
          <w:b w:val="0"/>
          <w:sz w:val="20"/>
        </w:rPr>
        <w:t>Nom / Raison sociale : _______________________________________________</w:t>
      </w:r>
    </w:p>
    <w:p>
      <w:r>
        <w:rPr>
          <w:b w:val="0"/>
          <w:sz w:val="20"/>
        </w:rPr>
        <w:t>SIRET : _____________________________________________________________</w:t>
      </w:r>
    </w:p>
    <w:p>
      <w:r>
        <w:rPr>
          <w:b w:val="0"/>
          <w:sz w:val="20"/>
        </w:rPr>
        <w:t>Adresse : ___________________________________________________________</w:t>
      </w:r>
    </w:p>
    <w:p>
      <w:r>
        <w:rPr>
          <w:b w:val="0"/>
          <w:sz w:val="20"/>
        </w:rPr>
        <w:t>Représenté par : _________________________________________________</w:t>
      </w:r>
    </w:p>
    <w:p>
      <w:r>
        <w:rPr>
          <w:b w:val="0"/>
          <w:sz w:val="20"/>
        </w:rPr>
        <w:t>Téléphone : _________________________________________________________</w:t>
      </w:r>
    </w:p>
    <w:p>
      <w:r>
        <w:rPr>
          <w:b w:val="0"/>
          <w:sz w:val="20"/>
        </w:rPr>
        <w:t>Email : _____________________________________________________________</w:t>
      </w:r>
    </w:p>
    <w:p/>
    <w:p>
      <w:r>
        <w:rPr>
          <w:b/>
          <w:sz w:val="20"/>
        </w:rPr>
        <w:t>Données du Réalisateur / Prestataire :</w:t>
      </w:r>
    </w:p>
    <w:p>
      <w:r>
        <w:rPr>
          <w:b w:val="0"/>
          <w:sz w:val="20"/>
        </w:rPr>
        <w:t>Nom / Raison sociale : _______________________________________________</w:t>
      </w:r>
    </w:p>
    <w:p>
      <w:r>
        <w:rPr>
          <w:b w:val="0"/>
          <w:sz w:val="20"/>
        </w:rPr>
        <w:t>SIRET (le cas échéant) : ____________________________________________</w:t>
      </w:r>
    </w:p>
    <w:p>
      <w:r>
        <w:rPr>
          <w:b w:val="0"/>
          <w:sz w:val="20"/>
        </w:rPr>
        <w:t>Adresse : ___________________________________________________________</w:t>
      </w:r>
    </w:p>
    <w:p>
      <w:r>
        <w:rPr>
          <w:b w:val="0"/>
          <w:sz w:val="20"/>
        </w:rPr>
        <w:t>Représenté par : _________________________________________________</w:t>
      </w:r>
    </w:p>
    <w:p>
      <w:r>
        <w:rPr>
          <w:b w:val="0"/>
          <w:sz w:val="20"/>
        </w:rPr>
        <w:t>Téléphone : _________________________________________________________</w:t>
      </w:r>
    </w:p>
    <w:p>
      <w:r>
        <w:rPr>
          <w:b w:val="0"/>
          <w:sz w:val="20"/>
        </w:rPr>
        <w:t>Email : _____________________________________________________________</w:t>
      </w:r>
    </w:p>
    <w:p/>
    <w:p>
      <w:r>
        <w:rPr>
          <w:b/>
          <w:sz w:val="20"/>
        </w:rPr>
        <w:t>Objet du contrat :</w:t>
      </w:r>
    </w:p>
    <w:p>
      <w:r>
        <w:rPr>
          <w:b w:val="0"/>
          <w:sz w:val="20"/>
        </w:rPr>
        <w:t>Le présent contrat a pour objet la réalisation d’une production audiovisuelle conformément aux dispositions définies ci-après, par le Prestataire pour le compte du Producteur.</w:t>
      </w:r>
    </w:p>
    <w:p/>
    <w:p>
      <w:r>
        <w:rPr>
          <w:b/>
          <w:sz w:val="20"/>
        </w:rPr>
        <w:t>Description de la production :</w:t>
      </w:r>
    </w:p>
    <w:p>
      <w:r>
        <w:rPr>
          <w:b w:val="0"/>
          <w:sz w:val="20"/>
        </w:rPr>
        <w:t>Titre / Nom du projet : ______________________________________________</w:t>
      </w:r>
    </w:p>
    <w:p>
      <w:r>
        <w:rPr>
          <w:b w:val="0"/>
          <w:sz w:val="20"/>
        </w:rPr>
        <w:t>Type de production : ________________________________________________</w:t>
      </w:r>
    </w:p>
    <w:p>
      <w:r>
        <w:rPr>
          <w:b w:val="0"/>
          <w:sz w:val="20"/>
        </w:rPr>
        <w:t>Durée approximative : ________________________________________________</w:t>
      </w:r>
    </w:p>
    <w:p>
      <w:r>
        <w:rPr>
          <w:b w:val="0"/>
          <w:sz w:val="20"/>
        </w:rPr>
        <w:t>Format de diffusion : _______________________________________________</w:t>
      </w:r>
    </w:p>
    <w:p/>
    <w:p>
      <w:r>
        <w:rPr>
          <w:b/>
          <w:sz w:val="20"/>
        </w:rPr>
        <w:t>Obligations du Prestataire :</w:t>
      </w:r>
    </w:p>
    <w:p>
      <w:r>
        <w:rPr>
          <w:b w:val="0"/>
          <w:sz w:val="20"/>
        </w:rPr>
        <w:t>Le Prestataire s’engage à réaliser la production audiovisuelle conformément aux spécifications convenues, dans le respect des délais impartis et des règles de l’art. Il garantit que la production sera originale et libre de droits, ou qu’il dispose de toutes les autorisations nécessaires à son exploitation.</w:t>
      </w:r>
    </w:p>
    <w:p/>
    <w:p>
      <w:r>
        <w:rPr>
          <w:b/>
          <w:sz w:val="20"/>
        </w:rPr>
        <w:t>Obligations du Producteur :</w:t>
      </w:r>
    </w:p>
    <w:p>
      <w:r>
        <w:rPr>
          <w:b w:val="0"/>
          <w:sz w:val="20"/>
        </w:rPr>
        <w:t>Le Producteur s’engage à fournir les moyens et informations nécessaires à la bonne réalisation de la production et à payer le prix convenu selon les modalités définies dans le présent contrat. Il s’engage à respecter les droits moraux et patrimoniaux du Prestataire.</w:t>
      </w:r>
    </w:p>
    <w:p/>
    <w:p>
      <w:r>
        <w:rPr>
          <w:b/>
          <w:sz w:val="20"/>
        </w:rPr>
        <w:t>Durée et planning :</w:t>
      </w:r>
    </w:p>
    <w:p>
      <w:r>
        <w:rPr>
          <w:b w:val="0"/>
          <w:sz w:val="20"/>
        </w:rPr>
        <w:t>Le Prestataire commencera la production à compter de la réception de l’ensemble des éléments contractuels validés. Le planning prévisionnel est le suivant :</w:t>
      </w:r>
    </w:p>
    <w:p>
      <w:r>
        <w:rPr>
          <w:b w:val="0"/>
          <w:sz w:val="20"/>
        </w:rPr>
        <w:t>- Livraison du scénario / storyboard : ________________________________</w:t>
      </w:r>
    </w:p>
    <w:p>
      <w:r>
        <w:rPr>
          <w:b w:val="0"/>
          <w:sz w:val="20"/>
        </w:rPr>
        <w:t>- Tournage : _________________________________________________________</w:t>
      </w:r>
    </w:p>
    <w:p>
      <w:r>
        <w:rPr>
          <w:b w:val="0"/>
          <w:sz w:val="20"/>
        </w:rPr>
        <w:t>- Montage et post-production : ________________________________________</w:t>
      </w:r>
    </w:p>
    <w:p>
      <w:r>
        <w:rPr>
          <w:b w:val="0"/>
          <w:sz w:val="20"/>
        </w:rPr>
        <w:t>- Livraison finale : _________________________________________________</w:t>
      </w:r>
    </w:p>
    <w:p/>
    <w:p>
      <w:r>
        <w:rPr>
          <w:b/>
          <w:sz w:val="20"/>
        </w:rPr>
        <w:t>Prix et modalités de paiement :</w:t>
      </w:r>
    </w:p>
    <w:p>
      <w:r>
        <w:rPr>
          <w:b w:val="0"/>
          <w:sz w:val="20"/>
        </w:rPr>
        <w:t>Le prix total de la production est fixé à : ________________ EUR HT.</w:t>
      </w:r>
    </w:p>
    <w:p>
      <w:r>
        <w:rPr>
          <w:b w:val="0"/>
          <w:sz w:val="20"/>
        </w:rPr>
        <w:t>Le paiement s’effectuera selon les modalités suivantes :</w:t>
      </w:r>
    </w:p>
    <w:p>
      <w:r>
        <w:rPr>
          <w:b w:val="0"/>
          <w:sz w:val="20"/>
        </w:rPr>
        <w:t>- Acompte à la signature du contrat : ________________ EUR</w:t>
      </w:r>
    </w:p>
    <w:p>
      <w:r>
        <w:rPr>
          <w:b w:val="0"/>
          <w:sz w:val="20"/>
        </w:rPr>
        <w:t>- Solde à la livraison finale : ________________ EUR</w:t>
      </w:r>
    </w:p>
    <w:p>
      <w:r>
        <w:rPr>
          <w:b w:val="0"/>
          <w:sz w:val="20"/>
        </w:rPr>
        <w:t>Les paiements seront effectués par virement bancaire sur le compte indiqué par le Prestataire.</w:t>
      </w:r>
    </w:p>
    <w:p/>
    <w:p>
      <w:r>
        <w:rPr>
          <w:b/>
          <w:sz w:val="20"/>
        </w:rPr>
        <w:t>Propriété intellectuelle :</w:t>
      </w:r>
    </w:p>
    <w:p>
      <w:r>
        <w:rPr>
          <w:b w:val="0"/>
          <w:sz w:val="20"/>
        </w:rPr>
        <w:t>Le Prestataire cède au Producteur les droits d’exploitation exclusifs sur la production audiovisuelle, pour le monde entier et pour toute la durée légale de protection des droits d’auteur, dans les conditions définies par la loi française.</w:t>
      </w:r>
    </w:p>
    <w:p>
      <w:r>
        <w:rPr>
          <w:b w:val="0"/>
          <w:sz w:val="20"/>
        </w:rPr>
        <w:t>Le Prestataire conserve toutefois le droit de citer la production à des fins promotionnelles et de portfolio.</w:t>
      </w:r>
    </w:p>
    <w:p/>
    <w:p>
      <w:r>
        <w:rPr>
          <w:b/>
          <w:sz w:val="20"/>
        </w:rPr>
        <w:t>Confidentialité :</w:t>
      </w:r>
    </w:p>
    <w:p>
      <w:r>
        <w:rPr>
          <w:b w:val="0"/>
          <w:sz w:val="20"/>
        </w:rPr>
        <w:t>Les parties s’engagent à garder confidentielles toutes les informations et documents échangés dans le cadre de la réalisation de la production, sauf accord écrit préalable contraire.</w:t>
      </w:r>
    </w:p>
    <w:p/>
    <w:p>
      <w:r>
        <w:rPr>
          <w:b/>
          <w:sz w:val="20"/>
        </w:rPr>
        <w:t>Responsabilités et garanties :</w:t>
      </w:r>
    </w:p>
    <w:p>
      <w:r>
        <w:rPr>
          <w:b w:val="0"/>
          <w:sz w:val="20"/>
        </w:rPr>
        <w:t>Le Prestataire garantit que la production ne porte pas atteinte aux droits de tiers et s’engage à indemniser le Producteur en cas de réclamation ou litige. Le Producteur garantit la véracité et la légalité des informations et documents fournis.</w:t>
      </w:r>
    </w:p>
    <w:p/>
    <w:p>
      <w:r>
        <w:rPr>
          <w:b/>
          <w:sz w:val="20"/>
        </w:rPr>
        <w:t>Résiliation :</w:t>
      </w:r>
    </w:p>
    <w:p>
      <w:r>
        <w:rPr>
          <w:b w:val="0"/>
          <w:sz w:val="20"/>
        </w:rPr>
        <w:t>En cas de manquement grave d’une des parties à ses obligations, le contrat pourra être résilié de plein droit après mise en demeure restée infructueuse pendant 15 jours. Les sommes dues au titre des prestations réalisées resteront exigibles.</w:t>
      </w:r>
    </w:p>
    <w:p/>
    <w:p>
      <w:r>
        <w:rPr>
          <w:b/>
          <w:sz w:val="20"/>
        </w:rPr>
        <w:t>Force majeure :</w:t>
      </w:r>
    </w:p>
    <w:p>
      <w:r>
        <w:rPr>
          <w:b w:val="0"/>
          <w:sz w:val="20"/>
        </w:rPr>
        <w:t>Aucune des parties ne pourra être tenue responsable en cas d’inexécution ou de retard imputable à un cas de force majeure, selon la définition légale applicable en droit français.</w:t>
      </w:r>
    </w:p>
    <w:p/>
    <w:p>
      <w:r>
        <w:rPr>
          <w:b/>
          <w:sz w:val="20"/>
        </w:rPr>
        <w:t>Loi applicable et juridiction compétente :</w:t>
      </w:r>
    </w:p>
    <w:p>
      <w:r>
        <w:rPr>
          <w:b w:val="0"/>
          <w:sz w:val="20"/>
        </w:rPr>
        <w:t>Le présent contrat est soumis au droit français. Tout litige relatif à son interprétation ou à son exécution sera soumis aux tribunaux compétents du ressort du siège social du Producteur.</w:t>
      </w:r>
    </w:p>
    <w:p/>
    <w:p/>
    <w:p>
      <w:r>
        <w:rPr>
          <w:b w:val="0"/>
          <w:sz w:val="20"/>
        </w:rPr>
        <w:t>Lieu de la signature : 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PRODUCTEUR</w:t>
            </w:r>
          </w:p>
        </w:tc>
        <w:tc>
          <w:tcPr>
            <w:tcW w:type="dxa" w:w="4986"/>
            <w:tcBorders>
              <w:top w:val="nil"/>
              <w:left w:val="nil"/>
              <w:bottom w:val="nil"/>
              <w:right w:val="nil"/>
              <w:insideH w:val="nil"/>
              <w:insideV w:val="nil"/>
            </w:tcBorders>
          </w:tcPr>
          <w:p>
            <w:pPr>
              <w:jc w:val="center"/>
            </w:pPr>
            <w:r>
              <w:t>RÉALISATEUR / PRESTATAIRE</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r>
        <w:tc>
          <w:tcPr>
            <w:tcW w:type="dxa" w:w="4986"/>
            <w:tcBorders>
              <w:top w:val="nil"/>
              <w:left w:val="nil"/>
              <w:bottom w:val="nil"/>
              <w:right w:val="nil"/>
              <w:insideH w:val="nil"/>
              <w:insideV w:val="nil"/>
            </w:tcBorders>
          </w:tcPr>
          <w:p>
            <w:pPr>
              <w:jc w:val="center"/>
            </w:pPr>
            <w:r>
              <w:t>Nom / Raison sociale : ________________________________</w:t>
            </w:r>
          </w:p>
        </w:tc>
        <w:tc>
          <w:tcPr>
            <w:tcW w:type="dxa" w:w="4986"/>
            <w:tcBorders>
              <w:top w:val="nil"/>
              <w:left w:val="nil"/>
              <w:bottom w:val="nil"/>
              <w:right w:val="nil"/>
              <w:insideH w:val="nil"/>
              <w:insideV w:val="nil"/>
            </w:tcBorders>
          </w:tcPr>
          <w:p>
            <w:pPr>
              <w:jc w:val="center"/>
            </w:pPr>
            <w:r>
              <w:t>Nom / Raison sociale : 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https://jurid-entreprise.com/contrat-de-production-audiovisuelle/</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https://jurid-entreprise.com</w:t>
        </w:r>
      </w:hyperlink>
    </w:p>
    <w:p>
      <w:pPr>
        <w:jc w:val="center"/>
      </w:pPr>
      <w:r>
        <w:rPr>
          <w:color w:val="808080"/>
          <w:sz w:val="20"/>
        </w:rPr>
        <w:t>Ce modèle est destiné exclusivement à un usage personnel et non commercial.</w:t>
        <w:br/>
        <w:t>Toute diffusion ou publication doit obligatoirement mentionner la source. © jurid-entreprise.com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entreprise.com/contrat-de-production-audiovisuelle/" TargetMode="External"/><Relationship Id="rId10" Type="http://schemas.openxmlformats.org/officeDocument/2006/relationships/hyperlink" Target="https://jurid-entrepris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