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PRÊT ENTRE PARTICULIER ET ENTREPRISE</w:t>
      </w:r>
    </w:p>
    <w:p/>
    <w:p>
      <w:r>
        <w:rPr>
          <w:b w:val="0"/>
          <w:sz w:val="20"/>
        </w:rPr>
        <w:t>Lieu : ____________________________    Date : ____________________________</w:t>
      </w:r>
    </w:p>
    <w:p/>
    <w:p>
      <w:r>
        <w:rPr>
          <w:b/>
          <w:sz w:val="20"/>
        </w:rPr>
        <w:t>Données du Prêteur :</w:t>
      </w:r>
    </w:p>
    <w:p>
      <w:r>
        <w:rPr>
          <w:b w:val="0"/>
          <w:sz w:val="20"/>
        </w:rPr>
        <w:t>Nom et Prénom / Raison sociale : 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N° SIRET (si entreprise) : ______________________________________________</w:t>
      </w:r>
    </w:p>
    <w:p>
      <w:r>
        <w:rPr>
          <w:b w:val="0"/>
          <w:sz w:val="20"/>
        </w:rPr>
        <w:t>Téléphone : 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________________________________________________________</w:t>
      </w:r>
    </w:p>
    <w:p/>
    <w:p>
      <w:r>
        <w:rPr>
          <w:b/>
          <w:sz w:val="20"/>
        </w:rPr>
        <w:t>Données de l’Emprunteur :</w:t>
      </w:r>
    </w:p>
    <w:p>
      <w:r>
        <w:rPr>
          <w:b w:val="0"/>
          <w:sz w:val="20"/>
        </w:rPr>
        <w:t>Nom et Prénom / Raison sociale : 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N° SIRET (si entreprise) : ______________________________________________</w:t>
      </w:r>
    </w:p>
    <w:p>
      <w:r>
        <w:rPr>
          <w:b w:val="0"/>
          <w:sz w:val="20"/>
        </w:rPr>
        <w:t>Téléphone : 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________________________________________________________</w:t>
      </w:r>
    </w:p>
    <w:p/>
    <w:p>
      <w:r>
        <w:rPr>
          <w:b/>
          <w:sz w:val="20"/>
        </w:rPr>
        <w:t>Objet du Prêt :</w:t>
      </w:r>
    </w:p>
    <w:p>
      <w:r>
        <w:rPr>
          <w:b w:val="0"/>
          <w:sz w:val="20"/>
        </w:rPr>
        <w:t>Le Prêteur consent à l’Emprunteur un prêt selon les modalités définies ci-dessous. Le prêt est consenti à titre :</w:t>
      </w:r>
    </w:p>
    <w:p>
      <w:r>
        <w:rPr>
          <w:b w:val="0"/>
          <w:sz w:val="20"/>
        </w:rPr>
        <w:t>☐ Onéreux    ☐ Gratuit</w:t>
      </w:r>
    </w:p>
    <w:p/>
    <w:p>
      <w:r>
        <w:rPr>
          <w:b/>
          <w:sz w:val="20"/>
        </w:rPr>
        <w:t>Montant et Mise à disposition des fonds :</w:t>
      </w:r>
    </w:p>
    <w:p>
      <w:r>
        <w:rPr>
          <w:b w:val="0"/>
          <w:sz w:val="20"/>
        </w:rPr>
        <w:t>Montant du prêt : ___________________ EUR</w:t>
      </w:r>
    </w:p>
    <w:p>
      <w:r>
        <w:rPr>
          <w:b w:val="0"/>
          <w:sz w:val="20"/>
        </w:rPr>
        <w:t>Mode de mise à disposition : ____________________________________________</w:t>
      </w:r>
    </w:p>
    <w:p>
      <w:r>
        <w:rPr>
          <w:b w:val="0"/>
          <w:sz w:val="20"/>
        </w:rPr>
        <w:t>Date ou conditions de mise à disposition : _______________________________</w:t>
      </w:r>
    </w:p>
    <w:p/>
    <w:p>
      <w:r>
        <w:rPr>
          <w:b/>
          <w:sz w:val="20"/>
        </w:rPr>
        <w:t>Durée et Échéances du prêt :</w:t>
      </w:r>
    </w:p>
    <w:p>
      <w:r>
        <w:rPr>
          <w:b w:val="0"/>
          <w:sz w:val="20"/>
        </w:rPr>
        <w:t>Durée totale du prêt : ___________________ mois</w:t>
      </w:r>
    </w:p>
    <w:p>
      <w:r>
        <w:rPr>
          <w:b w:val="0"/>
          <w:sz w:val="20"/>
        </w:rPr>
        <w:t>Date de début du remboursement : _________________________________________</w:t>
      </w:r>
    </w:p>
    <w:p>
      <w:r>
        <w:rPr>
          <w:b w:val="0"/>
          <w:sz w:val="20"/>
        </w:rPr>
        <w:t>Nombre et périodicité des échéances : _____________________________________</w:t>
      </w:r>
    </w:p>
    <w:p>
      <w:r>
        <w:rPr>
          <w:b w:val="0"/>
          <w:sz w:val="20"/>
        </w:rPr>
        <w:t>Montant de chaque échéance : ___________________ EUR</w:t>
      </w:r>
    </w:p>
    <w:p>
      <w:r>
        <w:rPr>
          <w:b w:val="0"/>
          <w:sz w:val="20"/>
        </w:rPr>
        <w:t>Mode de paiement : ______________________________________________________</w:t>
      </w:r>
    </w:p>
    <w:p/>
    <w:p>
      <w:r>
        <w:rPr>
          <w:b/>
          <w:sz w:val="20"/>
        </w:rPr>
        <w:t>Conditions financières :</w:t>
      </w:r>
    </w:p>
    <w:p>
      <w:r>
        <w:rPr>
          <w:b w:val="0"/>
          <w:sz w:val="20"/>
        </w:rPr>
        <w:t>Taux d’intérêt annuel nominal : __________________ %</w:t>
      </w:r>
    </w:p>
    <w:p>
      <w:r>
        <w:rPr>
          <w:b w:val="0"/>
          <w:sz w:val="20"/>
        </w:rPr>
        <w:t>Calcul des intérêts : ___________________________________________________</w:t>
      </w:r>
    </w:p>
    <w:p>
      <w:r>
        <w:rPr>
          <w:b w:val="0"/>
          <w:sz w:val="20"/>
        </w:rPr>
        <w:t>Pénalités en cas de retard : _____________________________________________</w:t>
      </w:r>
    </w:p>
    <w:p/>
    <w:p>
      <w:r>
        <w:rPr>
          <w:b/>
          <w:sz w:val="20"/>
        </w:rPr>
        <w:t>Garanties :</w:t>
      </w:r>
    </w:p>
    <w:p>
      <w:r>
        <w:rPr>
          <w:b w:val="0"/>
          <w:sz w:val="20"/>
        </w:rPr>
        <w:t>Le prêt est garanti par :</w:t>
      </w:r>
    </w:p>
    <w:p>
      <w:r>
        <w:rPr>
          <w:b w:val="0"/>
          <w:sz w:val="20"/>
        </w:rPr>
        <w:t>☐ Caution solidaire : Nom et coordonnées _________________________________</w:t>
      </w:r>
    </w:p>
    <w:p>
      <w:r>
        <w:rPr>
          <w:b w:val="0"/>
          <w:sz w:val="20"/>
        </w:rPr>
        <w:t>☐ Nantissement/Hypothèque : _____________________________________________</w:t>
      </w:r>
    </w:p>
    <w:p>
      <w:r>
        <w:rPr>
          <w:b w:val="0"/>
          <w:sz w:val="20"/>
        </w:rPr>
        <w:t>☐ Autres garanties : ____________________________________________________</w:t>
      </w:r>
    </w:p>
    <w:p>
      <w:r>
        <w:rPr>
          <w:b w:val="0"/>
          <w:sz w:val="20"/>
        </w:rPr>
        <w:t>En l’absence de garanties, préciser : ______________________________________</w:t>
      </w:r>
    </w:p>
    <w:p/>
    <w:p>
      <w:r>
        <w:rPr>
          <w:b/>
          <w:sz w:val="20"/>
        </w:rPr>
        <w:t>Obligations et Déclarations :</w:t>
      </w:r>
    </w:p>
    <w:p>
      <w:r>
        <w:rPr>
          <w:b w:val="0"/>
          <w:sz w:val="20"/>
        </w:rPr>
        <w:t>Le Prêteur déclare être propriétaire des fonds prêtés et être habilité à consentir le présent prêt.</w:t>
      </w:r>
    </w:p>
    <w:p>
      <w:r>
        <w:rPr>
          <w:b w:val="0"/>
          <w:sz w:val="20"/>
        </w:rPr>
        <w:t>L’Emprunteur déclare accepter les conditions du prêt et s’engage à rembourser conformément au présent contrat.</w:t>
      </w:r>
    </w:p>
    <w:p>
      <w:r>
        <w:rPr>
          <w:b w:val="0"/>
          <w:sz w:val="20"/>
        </w:rPr>
        <w:t>Les parties s’engagent à respecter les dispositions légales en vigueur relatives au prêt entre particuliers et entreprises.</w:t>
      </w:r>
    </w:p>
    <w:p/>
    <w:p>
      <w:r>
        <w:rPr>
          <w:b/>
          <w:sz w:val="20"/>
        </w:rPr>
        <w:t>Résolution anticipée et Remboursement anticipé :</w:t>
      </w:r>
    </w:p>
    <w:p>
      <w:r>
        <w:rPr>
          <w:b w:val="0"/>
          <w:sz w:val="20"/>
        </w:rPr>
        <w:t>L’Emprunteur peut rembourser par anticipation tout ou partie du prêt sans pénalité.</w:t>
      </w:r>
    </w:p>
    <w:p>
      <w:r>
        <w:rPr>
          <w:b w:val="0"/>
          <w:sz w:val="20"/>
        </w:rPr>
        <w:t>En cas de manquement aux obligations, le Prêteur pourra exiger le remboursement immédiat du capital restant dû.</w:t>
      </w:r>
    </w:p>
    <w:p/>
    <w:p>
      <w:r>
        <w:rPr>
          <w:b/>
          <w:sz w:val="20"/>
        </w:rPr>
        <w:t>Confidentialité :</w:t>
      </w:r>
    </w:p>
    <w:p>
      <w:r>
        <w:rPr>
          <w:b w:val="0"/>
          <w:sz w:val="20"/>
        </w:rPr>
        <w:t>Les parties s’engagent à garder confidentielles les informations relatives au présent contrat, sauf obligation légale ou accord écrit contraire.</w:t>
      </w:r>
    </w:p>
    <w:p/>
    <w:p>
      <w:r>
        <w:rPr>
          <w:b/>
          <w:sz w:val="20"/>
        </w:rPr>
        <w:t>Médiation :</w:t>
      </w:r>
    </w:p>
    <w:p>
      <w:r>
        <w:rPr>
          <w:b w:val="0"/>
          <w:sz w:val="20"/>
        </w:rPr>
        <w:t>En cas de litige relatif à l’interprétation ou à l’exécution du présent contrat, les parties s’engagent à rechercher une solution amiable préalable par médiation.</w:t>
      </w:r>
    </w:p>
    <w:p/>
    <w:p>
      <w:r>
        <w:rPr>
          <w:b/>
          <w:sz w:val="20"/>
        </w:rPr>
        <w:t>Loi applicable et Juridiction compétente :</w:t>
      </w:r>
    </w:p>
    <w:p>
      <w:r>
        <w:rPr>
          <w:b w:val="0"/>
          <w:sz w:val="20"/>
        </w:rPr>
        <w:t>Le présent contrat est soumis au droit français.</w:t>
      </w:r>
    </w:p>
    <w:p>
      <w:r>
        <w:rPr>
          <w:b w:val="0"/>
          <w:sz w:val="20"/>
        </w:rPr>
        <w:t>Tout litige relatif à son interprétation ou exécution sera porté devant les tribunaux compétents du ressort de la Cour d’appel du lieu du Prêteur.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PRÊTEUR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EMPRUNTEUR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https://jurid-entreprise.com/contrat-de-pret-entre-particulier-et-entreprise/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contrat-de-pret-entre-particulier-et-entrepris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