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CONTRAT DE MANDAT SOCIAL</w:t>
      </w:r>
    </w:p>
    <w:p/>
    <w:p>
      <w:r>
        <w:rPr>
          <w:b/>
          <w:sz w:val="20"/>
        </w:rPr>
        <w:t>Entre les soussignés :</w:t>
      </w:r>
    </w:p>
    <w:p>
      <w:r>
        <w:rPr>
          <w:b w:val="0"/>
          <w:sz w:val="20"/>
        </w:rPr>
        <w:t>Mandant : ___________________________________________________________</w:t>
      </w:r>
    </w:p>
    <w:p>
      <w:r>
        <w:rPr>
          <w:b w:val="0"/>
          <w:sz w:val="20"/>
        </w:rPr>
        <w:t>Adresse : ____________________________________________________________</w:t>
      </w:r>
    </w:p>
    <w:p>
      <w:r>
        <w:rPr>
          <w:b w:val="0"/>
          <w:sz w:val="20"/>
        </w:rPr>
        <w:t>Représenté par : _____________________________________________________</w:t>
      </w:r>
    </w:p>
    <w:p>
      <w:r>
        <w:rPr>
          <w:b w:val="0"/>
          <w:sz w:val="20"/>
        </w:rPr>
        <w:t>Mandataire : _________________________________________________________</w:t>
      </w:r>
    </w:p>
    <w:p>
      <w:r>
        <w:rPr>
          <w:b w:val="0"/>
          <w:sz w:val="20"/>
        </w:rPr>
        <w:t>Adresse : ____________________________________________________________</w:t>
      </w:r>
    </w:p>
    <w:p>
      <w:r>
        <w:rPr>
          <w:b w:val="0"/>
          <w:sz w:val="20"/>
        </w:rPr>
        <w:t>Date et lieu de naissance : ___________________________________________</w:t>
      </w:r>
    </w:p>
    <w:p/>
    <w:p>
      <w:r>
        <w:rPr>
          <w:b/>
          <w:sz w:val="20"/>
        </w:rPr>
        <w:t>Préambule :</w:t>
      </w:r>
    </w:p>
    <w:p>
      <w:r>
        <w:rPr>
          <w:b w:val="0"/>
          <w:sz w:val="20"/>
        </w:rPr>
        <w:t>Le Mandant confie au Mandataire, qui accepte, le mandat social défini ci-après, conformément aux dispositions légales et réglementaires en vigueur en droit français.</w:t>
      </w:r>
    </w:p>
    <w:p/>
    <w:p>
      <w:r>
        <w:rPr>
          <w:b/>
          <w:sz w:val="20"/>
        </w:rPr>
        <w:t>Article 1 – Objet du mandat</w:t>
      </w:r>
    </w:p>
    <w:p>
      <w:r>
        <w:rPr>
          <w:b w:val="0"/>
          <w:sz w:val="20"/>
        </w:rPr>
        <w:t>Le présent contrat a pour objet de définir les modalités et conditions selon lesquelles le Mandataire exercera son mandat social au sein de la société _______________________________, immatriculée au Registre du Commerce et des Sociétés sous le numéro ________________________, dont le siège social est situé à _______________________________________________________.</w:t>
      </w:r>
    </w:p>
    <w:p/>
    <w:p>
      <w:r>
        <w:rPr>
          <w:b/>
          <w:sz w:val="20"/>
        </w:rPr>
        <w:t>Article 2 – Durée du mandat</w:t>
      </w:r>
    </w:p>
    <w:p>
      <w:r>
        <w:rPr>
          <w:b w:val="0"/>
          <w:sz w:val="20"/>
        </w:rPr>
        <w:t>Le mandat est confié pour une durée de _______ années, prenant effet à compter de la signature du présent contrat, sauf révocation anticipée ou démission conformément aux dispositions légales et statutaires applicables.</w:t>
      </w:r>
    </w:p>
    <w:p/>
    <w:p>
      <w:r>
        <w:rPr>
          <w:b/>
          <w:sz w:val="20"/>
        </w:rPr>
        <w:t>Article 3 – Fonctions et pouvoirs du Mandataire</w:t>
      </w:r>
    </w:p>
    <w:p>
      <w:r>
        <w:rPr>
          <w:b w:val="0"/>
          <w:sz w:val="20"/>
        </w:rPr>
        <w:t>Le Mandataire exercera les fonctions suivantes : _______________________________________________________________________. Il dispose des pouvoirs nécessaires pour accomplir les actes et opérations entrant dans le cadre de son mandat, dans la limite des pouvoirs qui lui sont conférés par la loi et les statuts de la société.</w:t>
      </w:r>
    </w:p>
    <w:p/>
    <w:p>
      <w:r>
        <w:rPr>
          <w:b/>
          <w:sz w:val="20"/>
        </w:rPr>
        <w:t>Article 4 – Obligations du Mandataire</w:t>
      </w:r>
    </w:p>
    <w:p>
      <w:r>
        <w:rPr>
          <w:b w:val="0"/>
          <w:sz w:val="20"/>
        </w:rPr>
        <w:t>Le Mandataire s’engage à :</w:t>
      </w:r>
    </w:p>
    <w:p>
      <w:r>
        <w:rPr>
          <w:b w:val="0"/>
          <w:sz w:val="20"/>
        </w:rPr>
        <w:t>- Exécuter son mandat avec loyauté, diligence et conformément aux intérêts de la société et du Mandant.</w:t>
      </w:r>
    </w:p>
    <w:p>
      <w:r>
        <w:rPr>
          <w:b w:val="0"/>
          <w:sz w:val="20"/>
        </w:rPr>
        <w:t>- Respecter les dispositions légales, réglementaires et statutaires applicables.</w:t>
      </w:r>
    </w:p>
    <w:p>
      <w:r>
        <w:rPr>
          <w:b w:val="0"/>
          <w:sz w:val="20"/>
        </w:rPr>
        <w:t>- Informer régulièrement le Mandant de l’exercice de son mandat.</w:t>
      </w:r>
    </w:p>
    <w:p>
      <w:r>
        <w:rPr>
          <w:b w:val="0"/>
          <w:sz w:val="20"/>
        </w:rPr>
        <w:t>- Ne pas commettre d’actes contraires à l’intérêt social.</w:t>
      </w:r>
    </w:p>
    <w:p/>
    <w:p>
      <w:r>
        <w:rPr>
          <w:b/>
          <w:sz w:val="20"/>
        </w:rPr>
        <w:t>Article 5 – Rémunération</w:t>
      </w:r>
    </w:p>
    <w:p>
      <w:r>
        <w:rPr>
          <w:b w:val="0"/>
          <w:sz w:val="20"/>
        </w:rPr>
        <w:t>Le Mandataire recevra une rémunération dont le montant et les modalités de versement sont fixés comme suit : ________________________________________________. Cette rémunération pourra être révisée d’un commun accord entre les parties.</w:t>
      </w:r>
    </w:p>
    <w:p/>
    <w:p>
      <w:r>
        <w:rPr>
          <w:b/>
          <w:sz w:val="20"/>
        </w:rPr>
        <w:t>Article 6 – Confidentialité</w:t>
      </w:r>
    </w:p>
    <w:p>
      <w:r>
        <w:rPr>
          <w:b w:val="0"/>
          <w:sz w:val="20"/>
        </w:rPr>
        <w:t>Le Mandataire s’engage à garder confidentielles toutes les informations et documents dont il aura connaissance dans le cadre de l’exécution de son mandat, et ce même après la cessation de celui-ci, sous réserve des obligations légales de divulgation.</w:t>
      </w:r>
    </w:p>
    <w:p/>
    <w:p>
      <w:r>
        <w:rPr>
          <w:b/>
          <w:sz w:val="20"/>
        </w:rPr>
        <w:t>Article 7 – Responsabilité</w:t>
      </w:r>
    </w:p>
    <w:p>
      <w:r>
        <w:rPr>
          <w:b w:val="0"/>
          <w:sz w:val="20"/>
        </w:rPr>
        <w:t>Le Mandataire exerce son mandat sous sa propre responsabilité. Toutefois, il bénéficie des protections prévues par la loi en cas de faute non intentionnelle dans l’exercice de son mandat. Le Mandant pourra engager la responsabilité du Mandataire en cas de manquement grave à ses obligations.</w:t>
      </w:r>
    </w:p>
    <w:p/>
    <w:p>
      <w:r>
        <w:rPr>
          <w:b/>
          <w:sz w:val="20"/>
        </w:rPr>
        <w:t>Article 8 – Fin du mandat</w:t>
      </w:r>
    </w:p>
    <w:p>
      <w:r>
        <w:rPr>
          <w:b w:val="0"/>
          <w:sz w:val="20"/>
        </w:rPr>
        <w:t>Le mandat prendra fin :</w:t>
      </w:r>
    </w:p>
    <w:p>
      <w:r>
        <w:rPr>
          <w:b w:val="0"/>
          <w:sz w:val="20"/>
        </w:rPr>
        <w:t>- À l’expiration de la durée prévue à l’article 2, sauf renouvellement express.</w:t>
      </w:r>
    </w:p>
    <w:p>
      <w:r>
        <w:rPr>
          <w:b w:val="0"/>
          <w:sz w:val="20"/>
        </w:rPr>
        <w:t>- Par révocation du Mandant, dans les conditions légales applicables.</w:t>
      </w:r>
    </w:p>
    <w:p>
      <w:r>
        <w:rPr>
          <w:b w:val="0"/>
          <w:sz w:val="20"/>
        </w:rPr>
        <w:t>- Par démission du Mandataire, sous réserve du respect d’un préavis de _______ jours.</w:t>
      </w:r>
    </w:p>
    <w:p>
      <w:r>
        <w:rPr>
          <w:b w:val="0"/>
          <w:sz w:val="20"/>
        </w:rPr>
        <w:t>- Par décès, dissolution ou incapacité du Mandataire.</w:t>
      </w:r>
    </w:p>
    <w:p/>
    <w:p>
      <w:r>
        <w:rPr>
          <w:b/>
          <w:sz w:val="20"/>
        </w:rPr>
        <w:t>Article 9 – Restitution des documents</w:t>
      </w:r>
    </w:p>
    <w:p>
      <w:r>
        <w:rPr>
          <w:b w:val="0"/>
          <w:sz w:val="20"/>
        </w:rPr>
        <w:t>À la fin du mandat, le Mandataire s’engage à restituer au Mandant tous les documents, supports et informations appartenant à la société ou au Mandant, en sa possession dans le cadre du mandat.</w:t>
      </w:r>
    </w:p>
    <w:p/>
    <w:p>
      <w:r>
        <w:rPr>
          <w:b/>
          <w:sz w:val="20"/>
        </w:rPr>
        <w:t>Article 10 – Dispositions générales</w:t>
      </w:r>
    </w:p>
    <w:p>
      <w:r>
        <w:rPr>
          <w:b w:val="0"/>
          <w:sz w:val="20"/>
        </w:rPr>
        <w:t>Toute modification du présent contrat devra faire l’objet d’un avenant écrit et signé par les parties. En cas de litige relatif à l’interprétation ou à l’exécution du présent contrat, les parties s’efforceront de le résoudre à l’amiable avant tout recours judiciaire.</w:t>
      </w:r>
    </w:p>
    <w:p/>
    <w:p>
      <w:r>
        <w:rPr>
          <w:b/>
          <w:sz w:val="20"/>
        </w:rPr>
        <w:t>Article 11 – Loi applicable et juridiction compétente</w:t>
      </w:r>
    </w:p>
    <w:p>
      <w:r>
        <w:rPr>
          <w:b w:val="0"/>
          <w:sz w:val="20"/>
        </w:rPr>
        <w:t>Le présent contrat est soumis au droit français. Tout différend sera soumis à la compétence exclusive des tribunaux du ressort du siège social de la société.</w:t>
      </w:r>
    </w:p>
    <w:p/>
    <w:p/>
    <w:p>
      <w:r>
        <w:rPr>
          <w:b w:val="0"/>
          <w:sz w:val="20"/>
        </w:rPr>
        <w:t>Lieu et date de la signature : 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MANDANT</w:t>
            </w:r>
          </w:p>
        </w:tc>
        <w:tc>
          <w:tcPr>
            <w:tcW w:type="dxa" w:w="4986"/>
            <w:tcBorders>
              <w:top w:val="nil"/>
              <w:left w:val="nil"/>
              <w:bottom w:val="nil"/>
              <w:right w:val="nil"/>
              <w:insideH w:val="nil"/>
              <w:insideV w:val="nil"/>
            </w:tcBorders>
          </w:tcPr>
          <w:p>
            <w:pPr>
              <w:jc w:val="center"/>
            </w:pPr>
            <w:r>
              <w:t>MANDATAIRE</w:t>
            </w:r>
          </w:p>
        </w:tc>
      </w:tr>
      <w:tr>
        <w:tc>
          <w:tcPr>
            <w:tcW w:type="dxa" w:w="4986"/>
            <w:tcBorders>
              <w:top w:val="nil"/>
              <w:left w:val="nil"/>
              <w:bottom w:val="nil"/>
              <w:right w:val="nil"/>
              <w:insideH w:val="nil"/>
              <w:insideV w:val="nil"/>
            </w:tcBorders>
          </w:tcPr>
          <w:p>
            <w:pPr>
              <w:jc w:val="center"/>
            </w:pPr>
            <w:r>
              <w:br/>
              <w:br/>
              <w:t>Signature : _________________________</w:t>
            </w:r>
          </w:p>
        </w:tc>
        <w:tc>
          <w:tcPr>
            <w:tcW w:type="dxa" w:w="4986"/>
            <w:tcBorders>
              <w:top w:val="nil"/>
              <w:left w:val="nil"/>
              <w:bottom w:val="nil"/>
              <w:right w:val="nil"/>
              <w:insideH w:val="nil"/>
              <w:insideV w:val="nil"/>
            </w:tcBorders>
          </w:tcPr>
          <w:p>
            <w:pPr>
              <w:jc w:val="center"/>
            </w:pPr>
            <w:r>
              <w:br/>
              <w:br/>
              <w:t>Signature : _________________________</w:t>
            </w:r>
          </w:p>
        </w:tc>
      </w:tr>
      <w:tr>
        <w:tc>
          <w:tcPr>
            <w:tcW w:type="dxa" w:w="4986"/>
            <w:tcBorders>
              <w:top w:val="nil"/>
              <w:left w:val="nil"/>
              <w:bottom w:val="nil"/>
              <w:right w:val="nil"/>
              <w:insideH w:val="nil"/>
              <w:insideV w:val="nil"/>
            </w:tcBorders>
          </w:tcPr>
          <w:p>
            <w:pPr>
              <w:jc w:val="center"/>
            </w:pPr>
            <w:r>
              <w:t>Nom : ________________________________</w:t>
            </w:r>
          </w:p>
        </w:tc>
        <w:tc>
          <w:tcPr>
            <w:tcW w:type="dxa" w:w="4986"/>
            <w:tcBorders>
              <w:top w:val="nil"/>
              <w:left w:val="nil"/>
              <w:bottom w:val="nil"/>
              <w:right w:val="nil"/>
              <w:insideH w:val="nil"/>
              <w:insideV w:val="nil"/>
            </w:tcBorders>
          </w:tcPr>
          <w:p>
            <w:pPr>
              <w:jc w:val="center"/>
            </w:pPr>
            <w:r>
              <w:t>Nom : ________________________________</w:t>
            </w:r>
          </w:p>
        </w:tc>
      </w:tr>
    </w:tbl>
    <w:p>
      <w:r>
        <w:br w:type="page"/>
      </w:r>
    </w:p>
    <w:p>
      <w:pPr>
        <w:jc w:val="center"/>
      </w:pPr>
      <w:r>
        <w:rPr>
          <w:color w:val="555555"/>
          <w:sz w:val="24"/>
        </w:rPr>
        <w:t>Source originale de ce document :</w:t>
      </w:r>
    </w:p>
    <w:p>
      <w:pPr>
        <w:jc w:val="center"/>
      </w:pPr>
      <w:hyperlink r:id="rId9">
        <w:r>
          <w:rPr>
            <w:color w:val="0000FF"/>
            <w:u w:val="single"/>
          </w:rPr>
          <w:t>https://jurid-entreprise.com/contrat-de-mandat-social/</w:t>
        </w:r>
      </w:hyperlink>
    </w:p>
    <w:p>
      <w:pPr>
        <w:jc w:val="center"/>
      </w:pPr>
      <w:r>
        <w:rPr>
          <w:color w:val="555555"/>
          <w:sz w:val="26"/>
        </w:rPr>
        <w:t>Ce modèle vous a-t-il été utile ?</w:t>
      </w:r>
    </w:p>
    <w:p>
      <w:pPr>
        <w:jc w:val="center"/>
      </w:pPr>
      <w:r>
        <w:rPr>
          <w:color w:val="555555"/>
          <w:sz w:val="26"/>
        </w:rPr>
        <w:t>Trouvez d'autres modèles à jour sur :</w:t>
      </w:r>
    </w:p>
    <w:p>
      <w:pPr>
        <w:jc w:val="center"/>
      </w:pPr>
      <w:hyperlink r:id="rId10">
        <w:r>
          <w:rPr>
            <w:color w:val="0000FF"/>
            <w:u w:val="single"/>
          </w:rPr>
          <w:t>https://jurid-entreprise.com</w:t>
        </w:r>
      </w:hyperlink>
    </w:p>
    <w:p>
      <w:pPr>
        <w:jc w:val="center"/>
      </w:pPr>
      <w:r>
        <w:rPr>
          <w:color w:val="808080"/>
          <w:sz w:val="20"/>
        </w:rPr>
        <w:t>Ce modèle est destiné exclusivement à un usage personnel et non commercial.</w:t>
        <w:br/>
        <w:t>Toute diffusion ou publication doit obligatoirement mentionner la source. © jurid-entreprise.com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jurid-entreprise.com/contrat-de-mandat-social/" TargetMode="External"/><Relationship Id="rId10" Type="http://schemas.openxmlformats.org/officeDocument/2006/relationships/hyperlink" Target="https://jurid-entrepris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