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CONSIGNATION</w:t>
      </w:r>
    </w:p>
    <w:p/>
    <w:p>
      <w:r>
        <w:rPr>
          <w:b w:val="0"/>
          <w:sz w:val="20"/>
        </w:rPr>
        <w:t>Lieu : ____________________________</w:t>
      </w:r>
    </w:p>
    <w:p/>
    <w:p>
      <w:r>
        <w:rPr>
          <w:b/>
          <w:sz w:val="20"/>
        </w:rPr>
        <w:t>Données du Consignataire :</w:t>
      </w:r>
    </w:p>
    <w:p>
      <w:r>
        <w:rPr>
          <w:b w:val="0"/>
          <w:sz w:val="20"/>
        </w:rPr>
        <w:t>Nom et Prénom / Raison sociale : _____________________________________________</w:t>
      </w:r>
    </w:p>
    <w:p>
      <w:r>
        <w:rPr>
          <w:b w:val="0"/>
          <w:sz w:val="20"/>
        </w:rPr>
        <w:t>Nº SIRET ou d’immatriculation : _______________________________________________</w:t>
      </w:r>
    </w:p>
    <w:p>
      <w:r>
        <w:rPr>
          <w:b w:val="0"/>
          <w:sz w:val="20"/>
        </w:rPr>
        <w:t>Adresse : ___________________________________________________________________</w:t>
      </w:r>
    </w:p>
    <w:p>
      <w:r>
        <w:rPr>
          <w:b w:val="0"/>
          <w:sz w:val="20"/>
        </w:rPr>
        <w:t>Téléphone : _________________________________________________________________</w:t>
      </w:r>
    </w:p>
    <w:p>
      <w:r>
        <w:rPr>
          <w:b w:val="0"/>
          <w:sz w:val="20"/>
        </w:rPr>
        <w:t>Adresse e-mail : _____________________________________________________________</w:t>
      </w:r>
    </w:p>
    <w:p/>
    <w:p>
      <w:r>
        <w:rPr>
          <w:b/>
          <w:sz w:val="20"/>
        </w:rPr>
        <w:t>Données du Consignant :</w:t>
      </w:r>
    </w:p>
    <w:p>
      <w:r>
        <w:rPr>
          <w:b w:val="0"/>
          <w:sz w:val="20"/>
        </w:rPr>
        <w:t>Nom et Prénom / Raison sociale : _____________________________________________</w:t>
      </w:r>
    </w:p>
    <w:p>
      <w:r>
        <w:rPr>
          <w:b w:val="0"/>
          <w:sz w:val="20"/>
        </w:rPr>
        <w:t>Nº SIRET ou d’immatriculation : _______________________________________________</w:t>
      </w:r>
    </w:p>
    <w:p>
      <w:r>
        <w:rPr>
          <w:b w:val="0"/>
          <w:sz w:val="20"/>
        </w:rPr>
        <w:t>Adresse : ___________________________________________________________________</w:t>
      </w:r>
    </w:p>
    <w:p>
      <w:r>
        <w:rPr>
          <w:b w:val="0"/>
          <w:sz w:val="20"/>
        </w:rPr>
        <w:t>Téléphone : _________________________________________________________________</w:t>
      </w:r>
    </w:p>
    <w:p>
      <w:r>
        <w:rPr>
          <w:b w:val="0"/>
          <w:sz w:val="20"/>
        </w:rPr>
        <w:t>Adresse e-mail : _____________________________________________________________</w:t>
      </w:r>
    </w:p>
    <w:p/>
    <w:p>
      <w:r>
        <w:rPr>
          <w:b/>
          <w:sz w:val="20"/>
        </w:rPr>
        <w:t>Description détaillée du bien confié :</w:t>
      </w:r>
    </w:p>
    <w:p>
      <w:r>
        <w:rPr>
          <w:b w:val="0"/>
          <w:sz w:val="20"/>
        </w:rPr>
        <w:t>Type de bien : _______________________________________________________________</w:t>
      </w:r>
    </w:p>
    <w:p>
      <w:r>
        <w:rPr>
          <w:b w:val="0"/>
          <w:sz w:val="20"/>
        </w:rPr>
        <w:t>Marque / Modèle : ____________________________________________________________</w:t>
      </w:r>
    </w:p>
    <w:p>
      <w:r>
        <w:rPr>
          <w:b w:val="0"/>
          <w:sz w:val="20"/>
        </w:rPr>
        <w:t>Références / Nº de série : ____________________________________________________</w:t>
      </w:r>
    </w:p>
    <w:p>
      <w:r>
        <w:rPr>
          <w:b w:val="0"/>
          <w:sz w:val="20"/>
        </w:rPr>
        <w:t>État apparent : ______________________________________________________________</w:t>
      </w:r>
    </w:p>
    <w:p>
      <w:r>
        <w:rPr>
          <w:b w:val="0"/>
          <w:sz w:val="20"/>
        </w:rPr>
        <w:t>Accessoires / Éléments annexes remis : ________________________________________</w:t>
      </w:r>
    </w:p>
    <w:p/>
    <w:p>
      <w:r>
        <w:rPr>
          <w:b/>
          <w:sz w:val="20"/>
        </w:rPr>
        <w:t>Durée de la consignation :</w:t>
      </w:r>
    </w:p>
    <w:p>
      <w:r>
        <w:rPr>
          <w:b w:val="0"/>
          <w:sz w:val="20"/>
        </w:rPr>
        <w:t>La présente consignation est conclue pour une durée de ______ mois, à compter de la remise du bien au Consignataire.</w:t>
      </w:r>
    </w:p>
    <w:p>
      <w:r>
        <w:rPr>
          <w:b w:val="0"/>
          <w:sz w:val="20"/>
        </w:rPr>
        <w:t>Elle pourra être renouvelée par accord écrit entre les parties.</w:t>
      </w:r>
    </w:p>
    <w:p/>
    <w:p>
      <w:r>
        <w:rPr>
          <w:b/>
          <w:sz w:val="20"/>
        </w:rPr>
        <w:t>Obligations du Consignataire :</w:t>
      </w:r>
    </w:p>
    <w:p>
      <w:r>
        <w:rPr>
          <w:b w:val="0"/>
          <w:sz w:val="20"/>
        </w:rPr>
        <w:t>Le Consignataire s’engage à conserver le bien avec soin et diligence, à ne pas le prêter, louer ou céder à des tiers sans accord préalable écrit du Consignant.</w:t>
      </w:r>
    </w:p>
    <w:p>
      <w:r>
        <w:rPr>
          <w:b w:val="0"/>
          <w:sz w:val="20"/>
        </w:rPr>
        <w:t>Il doit informer immédiatement le Consignant de toute détérioration, perte ou sinistre affectant le bien.</w:t>
      </w:r>
    </w:p>
    <w:p>
      <w:r>
        <w:rPr>
          <w:b w:val="0"/>
          <w:sz w:val="20"/>
        </w:rPr>
        <w:t>Il doit restituer le bien au Consignant à la fin de la consignation, dans l’état où il l’a reçu, sauf usure normale due à l’usage conforme.</w:t>
      </w:r>
    </w:p>
    <w:p/>
    <w:p>
      <w:r>
        <w:rPr>
          <w:b w:val="0"/>
          <w:sz w:val="20"/>
        </w:rPr>
        <w:t>Le Consignataire est responsable des dommages causés au bien en cas de faute ou négligence. Il doit souscrire les assurances nécessaires pour couvrir sa responsabilité.</w:t>
      </w:r>
    </w:p>
    <w:p/>
    <w:p>
      <w:r>
        <w:rPr>
          <w:b/>
          <w:sz w:val="20"/>
        </w:rPr>
        <w:t>Obligations du Consignant :</w:t>
      </w:r>
    </w:p>
    <w:p>
      <w:r>
        <w:rPr>
          <w:b w:val="0"/>
          <w:sz w:val="20"/>
        </w:rPr>
        <w:t>Le Consignant garantit être propriétaire légitime du bien ou dûment habilité à le confier en consignation.</w:t>
      </w:r>
    </w:p>
    <w:p>
      <w:r>
        <w:rPr>
          <w:b w:val="0"/>
          <w:sz w:val="20"/>
        </w:rPr>
        <w:t>Il doit fournir au Consignataire tous documents et informations nécessaires à l’utilisation et à la conservation correcte du bien.</w:t>
      </w:r>
    </w:p>
    <w:p>
      <w:r>
        <w:rPr>
          <w:b w:val="0"/>
          <w:sz w:val="20"/>
        </w:rPr>
        <w:t>Il s’engage à respecter les termes du présent contrat et à régler les éventuelles commissions ou frais convenus.</w:t>
      </w:r>
    </w:p>
    <w:p/>
    <w:p>
      <w:r>
        <w:rPr>
          <w:b/>
          <w:sz w:val="20"/>
        </w:rPr>
        <w:t>Commission et frais :</w:t>
      </w:r>
    </w:p>
    <w:p>
      <w:r>
        <w:rPr>
          <w:b w:val="0"/>
          <w:sz w:val="20"/>
        </w:rPr>
        <w:t>Le Consignataire percevra une commission de ______ % sur le prix de vente du bien, en cas de vente réalisée pendant la période de consignation.</w:t>
      </w:r>
    </w:p>
    <w:p>
      <w:r>
        <w:rPr>
          <w:b w:val="0"/>
          <w:sz w:val="20"/>
        </w:rPr>
        <w:t>Les frais éventuels liés à la conservation, au transport ou à l’assurance du bien sont à la charge de : ________________________________</w:t>
      </w:r>
    </w:p>
    <w:p/>
    <w:p>
      <w:r>
        <w:rPr>
          <w:b/>
          <w:sz w:val="20"/>
        </w:rPr>
        <w:t>Modalités de vente :</w:t>
      </w:r>
    </w:p>
    <w:p>
      <w:r>
        <w:rPr>
          <w:b w:val="0"/>
          <w:sz w:val="20"/>
        </w:rPr>
        <w:t>Le Consignataire est autorisé à proposer la vente du bien au nom et pour le compte du Consignant selon les conditions définies conjointement.</w:t>
      </w:r>
    </w:p>
    <w:p>
      <w:r>
        <w:rPr>
          <w:b w:val="0"/>
          <w:sz w:val="20"/>
        </w:rPr>
        <w:t>Toute offre d’achat devra être soumise au Consignant pour acceptation préalable, sauf si un mandat exprès a été donné.</w:t>
      </w:r>
    </w:p>
    <w:p>
      <w:r>
        <w:rPr>
          <w:b w:val="0"/>
          <w:sz w:val="20"/>
        </w:rPr>
        <w:t>En cas de vente, le Consignataire s’engage à reverser au Consignant le produit net de la commission et des frais déduits, dans un délai maximum de ______ jours.</w:t>
      </w:r>
    </w:p>
    <w:p/>
    <w:p>
      <w:r>
        <w:rPr>
          <w:b/>
          <w:sz w:val="20"/>
        </w:rPr>
        <w:t>Responsabilité :</w:t>
      </w:r>
    </w:p>
    <w:p>
      <w:r>
        <w:rPr>
          <w:b w:val="0"/>
          <w:sz w:val="20"/>
        </w:rPr>
        <w:t>Le Consignataire ne pourra être tenu responsable des dommages indirects, pertes de profit ou autres préjudices que le Consignant pourrait subir du fait de la consignation, sauf en cas de faute grave ou dolosive.</w:t>
      </w:r>
    </w:p>
    <w:p>
      <w:r>
        <w:rPr>
          <w:b w:val="0"/>
          <w:sz w:val="20"/>
        </w:rPr>
        <w:t>Le Consignant décharge expressément le Consignataire de toute responsabilité liée à l’utilisation ultérieure du bien par un tiers.</w:t>
      </w:r>
    </w:p>
    <w:p/>
    <w:p>
      <w:r>
        <w:rPr>
          <w:b/>
          <w:sz w:val="20"/>
        </w:rPr>
        <w:t>Résiliation du contrat :</w:t>
      </w:r>
    </w:p>
    <w:p>
      <w:r>
        <w:rPr>
          <w:b w:val="0"/>
          <w:sz w:val="20"/>
        </w:rPr>
        <w:t>Le présent contrat peut être résilié par l’une ou l’autre des parties à tout moment par notification écrite avec un préavis de ______ jours.</w:t>
      </w:r>
    </w:p>
    <w:p>
      <w:r>
        <w:rPr>
          <w:b w:val="0"/>
          <w:sz w:val="20"/>
        </w:rPr>
        <w:t>En cas de résiliation, le Consignataire restituera le bien au Consignant dans les conditions prévues.</w:t>
      </w:r>
    </w:p>
    <w:p/>
    <w:p>
      <w:r>
        <w:rPr>
          <w:b/>
          <w:sz w:val="20"/>
        </w:rPr>
        <w:t>Dispositions diverses :</w:t>
      </w:r>
    </w:p>
    <w:p>
      <w:r>
        <w:rPr>
          <w:b w:val="0"/>
          <w:sz w:val="20"/>
        </w:rPr>
        <w:t>Toute modification du présent contrat doit faire l’objet d’un avenant écrit et signé par les deux parties.</w:t>
      </w:r>
    </w:p>
    <w:p>
      <w:r>
        <w:rPr>
          <w:b w:val="0"/>
          <w:sz w:val="20"/>
        </w:rPr>
        <w:t>Les parties déclarent avoir lu, compris et accepté l’ensemble des clauses du présent contrat.</w:t>
      </w:r>
    </w:p>
    <w:p/>
    <w:p>
      <w:r>
        <w:rPr>
          <w:b/>
          <w:sz w:val="20"/>
        </w:rPr>
        <w:t>Loi applicable et juridiction :</w:t>
      </w:r>
    </w:p>
    <w:p>
      <w:r>
        <w:rPr>
          <w:b w:val="0"/>
          <w:sz w:val="20"/>
        </w:rPr>
        <w:t>Le présent contrat est soumis au droit français.</w:t>
      </w:r>
    </w:p>
    <w:p>
      <w:r>
        <w:rPr>
          <w:b w:val="0"/>
          <w:sz w:val="20"/>
        </w:rPr>
        <w:t>Tout litige relatif à l’interprétation, l’exécution ou la validité du présent contrat sera soumis aux tribunaux compétents du ressort du domicile du Consignant, sauf disposition légale contraire.</w:t>
      </w:r>
    </w:p>
    <w:p/>
    <w:p/>
    <w:p>
      <w:r>
        <w:rPr>
          <w:b w:val="0"/>
          <w:sz w:val="20"/>
        </w:rPr>
        <w:t>Lieu de la signature : _________________________________________</w:t>
      </w:r>
    </w:p>
    <w:p>
      <w:r>
        <w:rPr>
          <w:b w:val="0"/>
          <w:sz w:val="20"/>
        </w:rPr>
        <w:t>Date de la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CONSIGNANT</w:t>
            </w:r>
          </w:p>
        </w:tc>
        <w:tc>
          <w:tcPr>
            <w:tcW w:type="dxa" w:w="4986"/>
            <w:tcBorders>
              <w:top w:val="nil"/>
              <w:left w:val="nil"/>
              <w:bottom w:val="nil"/>
              <w:right w:val="nil"/>
              <w:insideH w:val="nil"/>
              <w:insideV w:val="nil"/>
            </w:tcBorders>
          </w:tcPr>
          <w:p>
            <w:pPr>
              <w:jc w:val="center"/>
            </w:pPr>
            <w:r>
              <w:t>CONSIGNATAIRE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https://jurid-entreprise.com/contrat-de-consignation/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contrat-de-consignation/"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